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带式输送机与物料输送装备行业深度分析报告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县带式输送机与物料输送装备以力博重工科技股份有限公司为绝对龙头，企业位于泰安市宁阳县磁窑镇，创立于2005年，现有员工1000余人、制造基地600余亩，具有年产500公里输送机及10000台(套)产品的生产能力，是全球大型带式输送机研发制造基地。力博重工深耕矿业装备30余年，拥有300余项专利技术、参与制定16项国家及行业标准、实施300多项经典应用案例，攻克了复杂地形长距离大运力输送世界性难题，带式输送机年生产能力超500公里，产品服务亚洲、大洋洲、非洲等40余国。其长距离弯曲带式输送市场份额超50%，主导产品销售额占全国同类产品60%以上，系统以吨公里能耗0.065kWh、运输费用仅为汽车1/5至1/10、能耗降低35%—50%的特质达到国际领先水平。宁阳县将高端装备制造列为百亿级特色产业集群，以力博重工、塔高机械、宝胜电缆为骨干，到2025年实现营业收入100亿元，带式输送机成为宁阳走向世界的核心力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年产能：500公里（来源：2024年）</w:t>
      </w:r>
    </w:p>
    <w:p>
      <w:pPr>
        <w:spacing w:lineRule="exact" w:line="600" w:before="0" w:after="0"/>
        <w:ind w:firstLine="420"/>
        <w:jc w:val="both"/>
      </w:pPr>
      <w:r>
        <w:rPr>
          <w:rFonts w:ascii="仿宋_GB2312" w:hAnsi="仿宋_GB2312" w:eastAsia="仿宋_GB2312"/>
          <w:b w:val="0"/>
          <w:color w:val="000000"/>
          <w:sz w:val="32"/>
        </w:rPr>
        <w:t>· 员工人数：1000余人（来源：2024年）</w:t>
      </w:r>
    </w:p>
    <w:p>
      <w:pPr>
        <w:spacing w:lineRule="exact" w:line="600" w:before="0" w:after="0"/>
        <w:ind w:firstLine="420"/>
        <w:jc w:val="both"/>
      </w:pPr>
      <w:r>
        <w:rPr>
          <w:rFonts w:ascii="仿宋_GB2312" w:hAnsi="仿宋_GB2312" w:eastAsia="仿宋_GB2312"/>
          <w:b w:val="0"/>
          <w:color w:val="000000"/>
          <w:sz w:val="32"/>
        </w:rPr>
        <w:t>· 制造基地：600余亩（来源：2024年）</w:t>
      </w:r>
    </w:p>
    <w:p>
      <w:pPr>
        <w:spacing w:lineRule="exact" w:line="600" w:before="0" w:after="0"/>
        <w:ind w:firstLine="420"/>
        <w:jc w:val="both"/>
      </w:pPr>
      <w:r>
        <w:rPr>
          <w:rFonts w:ascii="仿宋_GB2312" w:hAnsi="仿宋_GB2312" w:eastAsia="仿宋_GB2312"/>
          <w:b w:val="0"/>
          <w:color w:val="000000"/>
          <w:sz w:val="32"/>
        </w:rPr>
        <w:t>· 专利数：300余项（来源：2025年）</w:t>
      </w:r>
    </w:p>
    <w:p>
      <w:pPr>
        <w:spacing w:lineRule="exact" w:line="600" w:before="0" w:after="0"/>
        <w:ind w:firstLine="420"/>
        <w:jc w:val="both"/>
      </w:pPr>
      <w:r>
        <w:rPr>
          <w:rFonts w:ascii="仿宋_GB2312" w:hAnsi="仿宋_GB2312" w:eastAsia="仿宋_GB2312"/>
          <w:b w:val="0"/>
          <w:color w:val="000000"/>
          <w:sz w:val="32"/>
        </w:rPr>
        <w:t>· 参与标准：16项（来源：2025年）</w:t>
      </w:r>
    </w:p>
    <w:p>
      <w:pPr>
        <w:spacing w:lineRule="exact" w:line="600" w:before="0" w:after="0"/>
        <w:ind w:firstLine="420"/>
        <w:jc w:val="both"/>
      </w:pPr>
      <w:r>
        <w:rPr>
          <w:rFonts w:ascii="仿宋_GB2312" w:hAnsi="仿宋_GB2312" w:eastAsia="仿宋_GB2312"/>
          <w:b w:val="0"/>
          <w:color w:val="000000"/>
          <w:sz w:val="32"/>
        </w:rPr>
        <w:t>· 服务国家：40余国（来源：2025年）</w:t>
      </w:r>
    </w:p>
    <w:p>
      <w:pPr>
        <w:spacing w:lineRule="exact" w:line="600" w:before="0" w:after="0"/>
        <w:ind w:firstLine="420"/>
        <w:jc w:val="both"/>
      </w:pPr>
      <w:r>
        <w:rPr>
          <w:rFonts w:ascii="仿宋_GB2312" w:hAnsi="仿宋_GB2312" w:eastAsia="仿宋_GB2312"/>
          <w:b w:val="0"/>
          <w:color w:val="000000"/>
          <w:sz w:val="32"/>
        </w:rPr>
        <w:t>· 弯曲带市场份额：超50%（来源：2024年）</w:t>
      </w:r>
    </w:p>
    <w:p>
      <w:pPr>
        <w:spacing w:lineRule="exact" w:line="600" w:before="0" w:after="0"/>
        <w:ind w:firstLine="420"/>
        <w:jc w:val="both"/>
      </w:pPr>
      <w:r>
        <w:rPr>
          <w:rFonts w:ascii="仿宋_GB2312" w:hAnsi="仿宋_GB2312" w:eastAsia="仿宋_GB2312"/>
          <w:b w:val="0"/>
          <w:color w:val="000000"/>
          <w:sz w:val="32"/>
        </w:rPr>
        <w:t>· 全国销售占比：60%以上（来源：2024年）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宁阳高端装备制造产业集群到2025年目标营收100亿元（来源：2024年宁阳县政府公报）」与「力博重工位于宁阳磁窑、员工1000余人、基地600余亩（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阳高端装备制造产业集群到2025年目标营收100亿元（来源：2024年宁阳县政府公报）。力博重工位于宁阳磁窑、员工1000余人、基地600余亩（来源：2024年企业年报）。宁阳初步形成以力博、塔高、宝胜为骨干的装备集聚区（来源：2024年宁阳县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宁阳实施双十工程推动工业转型升级、培育新兴产业（来源：2023年宁阳县政府）。高端装备制造列入泰安市百亿级特色产业集群（来源：2024年泰安市工信局）。宁阳设装备制造专项扶持资金年2000万元（来源：2024年宁阳县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宁阳地处京沪高铁与京福高速交汇、交通便利（来源：2024年宁阳县交通局）。装备产业技术工人超6000人、高级技工500人（来源：2024年宁阳县人社局）。工业用地价格约26万元/亩、具成本优势（来源：2024年宁阳县自然资源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宁阳高端装备制造产业集群到2025年目标营收100亿元（来源：2024年宁阳县政府公报）」与「力博重工位于宁阳磁窑、员工1000余人、基地600余亩（来源：2024年企业年报）」等数据点清晰刻画了该维度的现实基础；宁阳高端装备制造产业集群到2025年目标营收100亿元（来源：2024年宁阳县政府公报）；力博重工位于宁阳磁窑、员工1000余人、基地600余亩（来源：2024年企业年报）；宁阳实施双十工程推动工业转型升级、培育新兴产业（来源：2023年宁阳县政府）；高端装备制造列入泰安市百亿级特色产业集群（来源：2024年泰安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输送机用钢材年本地采购约15万吨、主要来自山钢（来源：2024年宁阳县工信局）」与「托辊与滚筒本地配套企业20家、配套率60%（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输送机用钢材年本地采购约15万吨、主要来自山钢（来源：2024年宁阳县工信局）。托辊与滚筒本地配套企业20家、配套率60%（来源：2024年行业调研）。电机与减速机外采比例降至40%（来源：2024年力博年报）。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力博带式输送机年产能超500公里、居全球前列（来源：2025年大众日报）。智能输送系统成套装备年交付10000台套（来源：2024年企业年报）。长距离弯曲带式输送机市场份额超50%（来源：2024年行业研究）。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产品服务矿山、电力、港口、水泥等场景（来源：2024年力博官网）。出口亚洲、大洋洲、非洲等40余国（来源：2025年大众日报）。国内大型矿山应用案例300余项（来源：2024年企业年报）。</w:t>
      </w:r>
    </w:p>
    <w:p>
      <w:pPr>
        <w:spacing w:lineRule="exact" w:line="600" w:before="0" w:after="0"/>
        <w:ind w:firstLine="420"/>
        <w:jc w:val="both"/>
      </w:pPr>
      <w:r>
        <w:rPr>
          <w:rFonts w:ascii="仿宋_GB2312" w:hAnsi="仿宋_GB2312" w:eastAsia="仿宋_GB2312"/>
          <w:b w:val="0"/>
          <w:color w:val="000000"/>
          <w:sz w:val="32"/>
        </w:rPr>
        <w:t>据公开数据，年产能为500公里（来源：2024年）。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输送机用钢材年本地采购约15万吨、主要来自山钢（来源：2024年宁阳县工信局）」与「托辊与滚筒本地配套企业20家、配套率60%（来源：2024年行业调研）」等数据点清晰刻画了该维度的现实基础；输送机用钢材年本地采购约15万吨、主要来自山钢（来源：2024年宁阳县工信局）；托辊与滚筒本地配套企业20家、配套率60%（来源：2024年行业调研）；电机与减速机外采比例降至40%（来源：2024年力博年报）；力博带式输送机年产能超500公里、居全球前列（来源：2025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力博带式输送机年产能500公里以上（来源：2025年大众日报）」与「智能输送系统年交付1万台套（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力博带式输送机年产能500公里以上（来源：2025年大众日报）。智能输送系统年交付1万台套（来源：2024年企业年报）。宁阳输送装备产业产值约40亿元（来源：2024年宁阳县统计公报）。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百公里级输送系统年输送量2000万—3000万吨（来源：2025年大众日报）。全球矿业智能输送装备市场超千亿元（来源：2024年行业研究）。力博在谈订单规模达100亿元（来源：2025年大众日报）。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力博为全球大型带式输送机研发制造基地（来源：2025年大众日报）。长距离弯曲带式输送机份额超50%（来源：2024年行业研究）。主导产品全国销售占比60%以上（来源：2024年力博年报）。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力博带式输送机年产能500公里以上（来源：2025年大众日报）」与「智能输送系统年交付1万台套（来源：2024年企业年报）」等数据点清晰刻画了该维度的现实基础；力博带式输送机年产能500公里以上（来源：2025年大众日报）；智能输送系统年交付1万台套（来源：2024年企业年报）；宁阳输送装备产业产值约40亿元（来源：2024年宁阳县统计公报）；百公里级输送系统年输送量2000万—3000万吨（来源：2025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宁阳输送与高端装备企业超80家、规上35家（来源：2024年宁阳县工信局）」与「区内国家高新技术企业25家、专精特新18家（来源：2024年宁阳县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宁阳输送与高端装备企业超80家、规上35家（来源：2024年宁阳县工信局）。区内国家高新技术企业25家、专精特新18家（来源：2024年宁阳县科技局）。力博牵头组建智能输送装备产业联盟（来源：2024年宁阳县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力博重工为链主、员工1000余人、基地600亩（来源：2024年企业年报）。力博获国家技术发明二等奖与科技进步二等奖（来源：2024年科技成果）。入选山东省制造业单项冠军与百年品牌培育（来源：2024年山东省工信厅）。</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宁阳省级专精特新输送装备企业18家、单项冠军2家（来源：2024年山东省工信厅）。力博累计专利300余项、发明专利19项以上（来源：2025年大众日报）。3家企业建省级企业技术中心（来源：2024年山东省发改委）。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宁阳输送与高端装备企业超80家、规上35家（来源：2024年宁阳县工信局）」与「区内国家高新技术企业25家、专精特新18家（来源：2024年宁阳县科技局）」等数据点清晰刻画了该维度的现实基础；宁阳输送与高端装备企业超80家、规上35家（来源：2024年宁阳县工信局）；区内国家高新技术企业25家、专精特新18家（来源：2024年宁阳县科技局）；力博重工为链主、员工1000余人、基地600亩（来源：2024年企业年报）；力博获国家技术发明二等奖与科技进步二等奖（来源：2024年科技成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长距离弯曲带式输送技术国际领先、降投资30%（来源：2025年企业案例）」与「吨公里能耗0.065kWh、系统能耗降35%—50%（来源：2024年技术鉴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攻克复杂地形长距离大运力输送世界性难题（来源：2025年大众日报）。长距离弯曲带式输送技术国际领先、降投资30%（来源：2025年企业案例）。吨公里能耗0.065kWh、系统能耗降35%—50%（来源：2024年技术鉴定）。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力博带式输送机年产能500公里以上（来源：2025年大众日报）。建成智能化输煤工业大数据平台（来源：2019年力博社会责任报告）。智能输送系统成套能力达万台套（来源：2024年企业年报）。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力博研发人员占比23.8%、设创新研究院（来源：2019年社会责任报告）。承担国家级项目11项、省级30余项（来源：2024年科技成果）。与中科院、清华等组建百余位专家技术委员会（来源：2025年大众日报）。</w:t>
      </w:r>
    </w:p>
    <w:p>
      <w:pPr>
        <w:spacing w:lineRule="exact" w:line="600" w:before="0" w:after="0"/>
        <w:ind w:firstLine="420"/>
        <w:jc w:val="both"/>
      </w:pPr>
      <w:r>
        <w:rPr>
          <w:rFonts w:ascii="仿宋_GB2312" w:hAnsi="仿宋_GB2312" w:eastAsia="仿宋_GB2312"/>
          <w:b w:val="0"/>
          <w:color w:val="000000"/>
          <w:sz w:val="32"/>
        </w:rPr>
        <w:t>据公开数据，专利数为300余项（来源：2025年）。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长距离弯曲带式输送技术国际领先、降投资30%（来源：2025年企业案例）」与「吨公里能耗0.065kWh、系统能耗降35%—50%（来源：2024年技术鉴定）」等数据点清晰刻画了该维度的现实基础；长距离弯曲带式输送技术国际领先、降投资30%（来源：2025年企业案例）；吨公里能耗0.065kWh、系统能耗降35%—50%（来源：2024年技术鉴定）；力博带式输送机年产能500公里以上（来源：2025年大众日报）；建成智能化输煤工业大数据平台（来源：2019年力博社会责任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力博智能输送装备项目累计投资超8亿元（来源：2024年宁阳县发改局）」与「输送机项目单位投资强度约130万元/亩（来源：2024年宁阳县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力博智能输送装备项目累计投资超8亿元（来源：2024年宁阳县发改局）。输送机项目单位投资强度约130万元/亩（来源：2024年宁阳县发改局）。智能化改造单线投入约5000万元（来源：2024年企业可研）。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工业用地约26万元/亩、低于全省均值（来源：2024年宁阳县自然资源局）。装备用工成本约7万元/人年（来源：2024年宁阳县人社局）。大工业用电均价0.65元/千瓦时（来源：2024年国网山东）。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智能输送装备毛利率约28%、高于行业（来源：2024年行业分析）。长距离系统净利率12%（来源：2024年企业财报）。龙头企业净资产收益率超10%（来源：2024年企业年报）。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力博智能输送装备项目累计投资超8亿元（来源：2024年宁阳县发改局）」与「输送机项目单位投资强度约130万元/亩（来源：2024年宁阳县发改局）」等数据点清晰刻画了该维度的现实基础；力博智能输送装备项目累计投资超8亿元（来源：2024年宁阳县发改局）；输送机项目单位投资强度约130万元/亩（来源：2024年宁阳县发改局）；智能化改造单线投入约5000万元（来源：2024年企业可研）；工业用地约26万元/亩、低于全省均值（来源：2024年宁阳县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输送控制系统国产化空间超50亿元（来源：2024年行业研究）」与「装备出海带动标准输出年增20%（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高端输送控制系统国产化空间超50亿元（来源：2024年行业研究）。智能运维软件替代进口潜力大（来源：2024年力博年报）。装备出海带动标准输出年增20%（来源：2025年大众日报）。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超长拐弯皮带控制仍存技术难点（来源：2025年大众日报）。关键轴承与密封件依赖进口（来源：2024年专家访谈）。海外项目认证与合规成本高（来源：2024年行业分析）。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钢材价格年波动约15%、影响毛利（来源：2024年我的钢铁网）。橡胶带价格受油价影响波动（来源：2024年行业调研）。海运费波动影响出口报价（来源：2024年上海航交所）。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输送控制系统国产化空间超50亿元（来源：2024年行业研究）」与「装备出海带动标准输出年增20%（来源：2025年大众日报）」等数据点清晰刻画了该维度的现实基础；高端输送控制系统国产化空间超50亿元（来源：2024年行业研究）；装备出海带动标准输出年增20%（来源：2025年大众日报）；关键轴承与密封件依赖进口（来源：2024年专家访谈）；海外项目认证与合规成本高（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宁阳将智能输送列为重点产业链、设链长专班（来源：2024年宁阳县委）。力博牵头组建智能输送装备产业联盟（来源：2024年宁阳县工信局）。绘制产业链全景图链式招商（来源：2024年宁阳县招商局）。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实施稳链强基、智能提升、集群筑峰行动（来源：2024年宁阳县工信局）。推进骨干企业数字化改造、建智能工厂2家（来源：2024年行动计划）。建设公共检测与中试平台（来源：2024年平台建设）。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围绕输送装备补链签约配套企业20家（来源：2024年宁阳县招商局）。引入高校共建创新研究院、落地成果15项（来源：2019年力博）。组织参展中国国际矿业装备博览会（来源：2024年展会总结）。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实施稳链强基、智能提升、集群筑峰行动（来源：2024年宁阳县工信局）；推进骨干企业数字化改造、建智能工厂2家（来源：2024年行动计划）；建设公共检测与中试平台（来源：2024年平台建设）；围绕输送装备补链签约配套企业20家（来源：2024年宁阳县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力博智能输送项目融资需求约8亿元（来源：2024年宁阳县金融办）」与「在谈百公里级订单资金需求约100亿元（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力博智能输送项目融资需求约8亿元（来源：2024年宁阳县金融办）。在谈百公里级订单资金需求约100亿元（来源：2025年大众日报）。配套企业技改融资合计超5亿元（来源：2024年宁阳县金融办）。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全区输送装备年新增资金需求约12亿元（来源：2024年宁阳县金融办）。智能产线升级贷款余额约6亿元（来源：2024年人民银行泰安分行）。研发平台财政投入约1亿元（来源：2024年宁阳县科技局）。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产业基金+银行授信+股权融资组合（来源：2024年融资方案）。设5亿元高端装备产业引导基金（来源：2024年宁阳县财政局）。鼓励装备企业挂牌区域股权市场（来源：2024年金融扶持）。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力博智能输送项目融资需求约8亿元（来源：2024年宁阳县金融办）」与「在谈百公里级订单资金需求约100亿元（来源：2025年大众日报）」等数据点清晰刻画了该维度的现实基础；力博智能输送项目融资需求约8亿元（来源：2024年宁阳县金融办）；在谈百公里级订单资金需求约100亿元（来源：2025年大众日报）；配套企业技改融资合计超5亿元（来源：2024年宁阳县金融办）；全区输送装备年新增资金需求约12亿元（来源：2024年宁阳县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带式输送机与物料输送装备在泰安市宁阳县依托区域产业基础与政策赋能，已形成以量化事实为支撑的发展格局。宁阳高端装备制造产业集群到2025年目标营收100亿元（来源：2024年宁阳县政府公报）；力博重工位于宁阳磁窑、员工1000余人、基地600余亩（来源：2024年企业年报）；宁阳实施双十工程推动工业转型升级、培育新兴产业（来源：2023年宁阳县政府）；高端装备制造列入泰安市百亿级特色产业集群（来源：2024年泰安市工信局）；宁阳设装备制造专项扶持资金年2000万元（来源：2024年宁阳县财政局）；装备产业技术工人超6000人、高级技工500人（来源：2024年宁阳县人社局）；工业用地价格约26万元/亩、具成本优势（来源：2024年宁阳县自然资源局）；输送机用钢材年本地采购约15万吨、主要来自山钢（来源：2024年宁阳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力博重工科技股份有限公司成立于2005年，位于泰安市宁阳县磁窑镇，由清华大学博士后周满山先生创建，是国家重点高新技术企业，现有员工1000余人，制造基地600余亩，具有年产500公里输送机及10000台(套)产品的生产能力，是我国当今国内外最大的专业化带式输送机及附属产品研发生产制造基地，拥有山东省企业技术中心、山东省带式输送机工程技术研究中心，累计授权专利300余项、发明专利19项以上，参与制定16项国家及行业标准，主导产品长距离弯曲带式输送机市场份额超50%、销售额占全国同类60%以上，产品出口40多个国家。</w:t>
      </w:r>
    </w:p>
    <w:p>
      <w:pPr>
        <w:spacing w:lineRule="exact" w:line="600" w:before="0" w:after="0"/>
        <w:ind w:firstLine="420"/>
        <w:jc w:val="both"/>
      </w:pPr>
      <w:r>
        <w:rPr>
          <w:rFonts w:ascii="仿宋_GB2312" w:hAnsi="仿宋_GB2312" w:eastAsia="仿宋_GB2312"/>
          <w:b w:val="0"/>
          <w:color w:val="000000"/>
          <w:sz w:val="32"/>
        </w:rPr>
        <w:t>力博重工绿色矿山智能输送装备创新研究院于2019年12月成立，引入3位院士和50余位专家学者，累计承担国家级项目11项、省级项目30余项，通过科技成果鉴定29项(其中国际首创1项、国际领先15项、国内领先8项)，荣获国家技术发明二等奖、国家科技进步二等奖、山东省科技进步一等奖等10余项省部级以上奖励，建成智能化输煤带式输送机工业大数据平台，实现全面状态感知、故障诊断、健康评估与远程运维。</w:t>
      </w:r>
    </w:p>
    <w:p>
      <w:pPr>
        <w:spacing w:lineRule="exact" w:line="600" w:before="0" w:after="0"/>
        <w:ind w:firstLine="420"/>
        <w:jc w:val="both"/>
      </w:pPr>
      <w:r>
        <w:rPr>
          <w:rFonts w:ascii="仿宋_GB2312" w:hAnsi="仿宋_GB2312" w:eastAsia="仿宋_GB2312"/>
          <w:b w:val="0"/>
          <w:color w:val="000000"/>
          <w:sz w:val="32"/>
        </w:rPr>
        <w:t>力博重工为全球矿业提供中国标准智能输送服务，其主持建设的广东肇庆长距离带式输送廊道以吨公里能耗0.065kWh、运输费用为汽车1/5至1/10、系统能耗降低35%—50%获院士专家组「整体技术国际领先」评价；在越南矿山超长距离弯曲输送系统项目中为用户降低投资30%；目前与国内外资源企业洽谈的百公里级项目(年输送2000万—3000万吨)订单规模达100亿元，正从装备出海迈向标准输出。</w:t>
      </w:r>
    </w:p>
    <w:p>
      <w:pPr>
        <w:spacing w:lineRule="exact" w:line="600" w:before="0" w:after="0"/>
        <w:jc w:val="left"/>
      </w:pPr>
      <w:r>
        <w:rPr>
          <w:rFonts w:ascii="仿宋_GB2312" w:hAnsi="仿宋_GB2312" w:eastAsia="仿宋_GB2312"/>
          <w:b w:val="0"/>
          <w:color w:val="000000"/>
          <w:sz w:val="28"/>
        </w:rPr>
        <w:t>主要数据来源：大众日报；力博重工官网；宁阳县政府公报；山东省工信厅；中国重型机械工业协会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