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矿用机械与智能采掘装备行业深度分析报告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县矿用机械与智能采掘装备以山东塔高矿业机械装备制造有限公司为龙头，企业位于宁阳县磁窑经济技术开发区，由山东能源机械集团与波兰柯派克斯股份于2007年5月共同出资组建，注册资本1亿元、资产总额15亿元，是国内唯一与外商合作投资、专业生产煤矿大型机械装备的企业，也是亚洲最大的煤矿大型液压支架生产企业。塔高工业园占地500亩，建有8座现代化生产车间、20000平方米装配基地，拥有大型加工中心、智能焊接机器人等设备1000余台套，综采液压支架年产能8000余架，缸径可达500mm、支撑最高8米、支撑阻力最大18800KN；与波兰合作的大型长臂电牵引采煤机最大功率2700KW、切割滚筒3.5米、采煤高度可达7米；自主知识产权激光熔覆不锈钢立柱实现5年免维护、填补国内空白。宁阳县以塔高机械为骨干打造矿用机械制造产业基地，被确定为全国最大采煤机生产基地之一，到2025年高端装备制造营收目标100亿元，智能采掘装备正迈向大型化、成套化、智能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注册资本：1亿元（来源：2024年）</w:t>
      </w:r>
    </w:p>
    <w:p>
      <w:pPr>
        <w:spacing w:lineRule="exact" w:line="600" w:before="0" w:after="0"/>
        <w:ind w:firstLine="420"/>
        <w:jc w:val="both"/>
      </w:pPr>
      <w:r>
        <w:rPr>
          <w:rFonts w:ascii="仿宋_GB2312" w:hAnsi="仿宋_GB2312" w:eastAsia="仿宋_GB2312"/>
          <w:b w:val="0"/>
          <w:color w:val="000000"/>
          <w:sz w:val="32"/>
        </w:rPr>
        <w:t>· 资产总额：15亿元（来源：2024年）</w:t>
      </w:r>
    </w:p>
    <w:p>
      <w:pPr>
        <w:spacing w:lineRule="exact" w:line="600" w:before="0" w:after="0"/>
        <w:ind w:firstLine="420"/>
        <w:jc w:val="both"/>
      </w:pPr>
      <w:r>
        <w:rPr>
          <w:rFonts w:ascii="仿宋_GB2312" w:hAnsi="仿宋_GB2312" w:eastAsia="仿宋_GB2312"/>
          <w:b w:val="0"/>
          <w:color w:val="000000"/>
          <w:sz w:val="32"/>
        </w:rPr>
        <w:t>· 工业园面积：500亩（来源：2024年）</w:t>
      </w:r>
    </w:p>
    <w:p>
      <w:pPr>
        <w:spacing w:lineRule="exact" w:line="600" w:before="0" w:after="0"/>
        <w:ind w:firstLine="420"/>
        <w:jc w:val="both"/>
      </w:pPr>
      <w:r>
        <w:rPr>
          <w:rFonts w:ascii="仿宋_GB2312" w:hAnsi="仿宋_GB2312" w:eastAsia="仿宋_GB2312"/>
          <w:b w:val="0"/>
          <w:color w:val="000000"/>
          <w:sz w:val="32"/>
        </w:rPr>
        <w:t>· 液压支架年产能：8000余架（来源：2024年）</w:t>
      </w:r>
    </w:p>
    <w:p>
      <w:pPr>
        <w:spacing w:lineRule="exact" w:line="600" w:before="0" w:after="0"/>
        <w:ind w:firstLine="420"/>
        <w:jc w:val="both"/>
      </w:pPr>
      <w:r>
        <w:rPr>
          <w:rFonts w:ascii="仿宋_GB2312" w:hAnsi="仿宋_GB2312" w:eastAsia="仿宋_GB2312"/>
          <w:b w:val="0"/>
          <w:color w:val="000000"/>
          <w:sz w:val="32"/>
        </w:rPr>
        <w:t>· 采煤机功率：2700KW（来源：2024年）</w:t>
      </w:r>
    </w:p>
    <w:p>
      <w:pPr>
        <w:spacing w:lineRule="exact" w:line="600" w:before="0" w:after="0"/>
        <w:ind w:firstLine="420"/>
        <w:jc w:val="both"/>
      </w:pPr>
      <w:r>
        <w:rPr>
          <w:rFonts w:ascii="仿宋_GB2312" w:hAnsi="仿宋_GB2312" w:eastAsia="仿宋_GB2312"/>
          <w:b w:val="0"/>
          <w:color w:val="000000"/>
          <w:sz w:val="32"/>
        </w:rPr>
        <w:t>· 支撑高度：8米（来源：2024年）</w:t>
      </w:r>
    </w:p>
    <w:p>
      <w:pPr>
        <w:spacing w:lineRule="exact" w:line="600" w:before="0" w:after="0"/>
        <w:ind w:firstLine="420"/>
        <w:jc w:val="both"/>
      </w:pPr>
      <w:r>
        <w:rPr>
          <w:rFonts w:ascii="仿宋_GB2312" w:hAnsi="仿宋_GB2312" w:eastAsia="仿宋_GB2312"/>
          <w:b w:val="0"/>
          <w:color w:val="000000"/>
          <w:sz w:val="32"/>
        </w:rPr>
        <w:t>· 支撑阻力：18800KN（来源：2024年）</w:t>
      </w:r>
    </w:p>
    <w:p>
      <w:pPr>
        <w:spacing w:lineRule="exact" w:line="600" w:before="0" w:after="0"/>
        <w:ind w:firstLine="420"/>
        <w:jc w:val="both"/>
      </w:pPr>
      <w:r>
        <w:rPr>
          <w:rFonts w:ascii="仿宋_GB2312" w:hAnsi="仿宋_GB2312" w:eastAsia="仿宋_GB2312"/>
          <w:b w:val="0"/>
          <w:color w:val="000000"/>
          <w:sz w:val="32"/>
        </w:rPr>
        <w:t>· 生产设备：1000余台套（来源：2024年）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宁阳矿用机械以塔高为龙头、配套企业30余家（来源：2024年宁阳县工信局）」与「塔高资产15亿元、为亚洲最大液压支架生产企业（来源：2024年企业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阳矿用机械以塔高为龙头、配套企业30余家（来源：2024年宁阳县工信局）。塔高资产15亿元、为亚洲最大液压支架生产企业（来源：2024年企业简介）。宁阳被确定为全国最大采煤机生产基地之一（来源：2023年宁阳县政府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宁阳高端装备制造到2025年目标营收100亿元（来源：2024年宁阳县政府公报）。鼓励塔高深化与山能重装合作发展智能矿山装备（来源：2024年宁阳县公报）。设装备制造专项扶持资金年2000万元（来源：2024年宁阳县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宁阳地处泰山之阳科技产业城、交通便利（来源：2024年宁阳县交通局）。矿机产业技术工人超5000人、高级技工400人（来源：2024年宁阳县人社局）。工业用地约26万元/亩、具成本优势（来源：2024年宁阳县自然资源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宁阳矿用机械以塔高为龙头、配套企业30余家（来源：2024年宁阳县工信局）」与「塔高资产15亿元、为亚洲最大液压支架生产企业（来源：2024年企业简介）」等数据点清晰刻画了该维度的现实基础；宁阳矿用机械以塔高为龙头、配套企业30余家（来源：2024年宁阳县工信局）；塔高资产15亿元、为亚洲最大液压支架生产企业（来源：2024年企业简介）；宁阳高端装备制造到2025年目标营收100亿元（来源：2024年宁阳县政府公报）；设装备制造专项扶持资金年2000万元（来源：2024年宁阳县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宁阳矿用机械以塔高为龙头、配套企业30余家（来源：2024年宁阳县工信局）」与「塔高资产15亿元、为亚洲最大液压支架生产企业（来源：2024年企业简介）」等数据点清晰刻画了该维度的现实基础；宁阳矿用机械以塔高为龙头、配套企业30余家（来源：2024年宁阳县工信局）；塔高资产15亿元、为亚洲最大液压支架生产企业（来源：2024年企业简介）；宁阳高端装备制造到2025年目标营收100亿元（来源：2024年宁阳县政府公报）；设装备制造专项扶持资金年2000万元（来源：2024年宁阳县财政局）；矿机产业技术工人超5000人、高级技工400人（来源：2024年宁阳县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矿机用特种钢年本地采购约10万吨（来源：2024年宁阳县工信局）」与「液压件与密封件本地配套企业18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矿机用特种钢年本地采购约10万吨（来源：2024年宁阳县工信局）。液压件与密封件本地配套企业18家（来源：2024年行业调研）。铸件由乾泰精密铸造等本地供应（来源：2024年宁阳县公报）。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塔高综采液压支架年产能8000余架（来源：2024年企业简介）。采煤机最大功率2700KW、采煤高度7米（来源：2024年企业简介）。智能焊接机器人等设备1000余台套（来源：2024年企业年报）。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产品服务山东能源等大型煤企（来源：2024年塔高官网）。液压支架出口波兰及一带一路市场（来源：2024年行业调研）。电液控系统配套智能采掘工作面（来源：2024年煤机协会）。</w:t>
      </w:r>
    </w:p>
    <w:p>
      <w:pPr>
        <w:spacing w:lineRule="exact" w:line="600" w:before="0" w:after="0"/>
        <w:ind w:firstLine="420"/>
        <w:jc w:val="both"/>
      </w:pPr>
      <w:r>
        <w:rPr>
          <w:rFonts w:ascii="仿宋_GB2312" w:hAnsi="仿宋_GB2312" w:eastAsia="仿宋_GB2312"/>
          <w:b w:val="0"/>
          <w:color w:val="000000"/>
          <w:sz w:val="32"/>
        </w:rPr>
        <w:t>据公开数据，液压支架年产能为8000余架（来源：2024年）。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矿机用特种钢年本地采购约10万吨（来源：2024年宁阳县工信局）」与「液压件与密封件本地配套企业18家（来源：2024年行业调研）」等数据点清晰刻画了该维度的现实基础；矿机用特种钢年本地采购约10万吨（来源：2024年宁阳县工信局）；液压件与密封件本地配套企业18家（来源：2024年行业调研）；采煤机最大功率2700KW、采煤高度7米（来源：2024年企业简介）；智能焊接机器人等设备1000余台套（来源：2024年企业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宁阳矿用机械产业产值约25亿元（来源：2024年宁阳县统计公报）」与「智能采掘装备本地配套率约60%（来源：2024年宁阳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塔高液压支架年产能8000余架（来源：2024年企业简介）。宁阳矿用机械产业产值约25亿元（来源：2024年宁阳县统计公报）。智能采掘装备本地配套率约60%（来源：2024年宁阳县工信局）。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全国煤矿智能化改造年投资超300亿元（来源：2024年煤机协会）。液压支架年市场需求超200亿元（来源：2024年行业研究）。智能采掘装备需求年增15%（来源：2024年煤机协会）。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塔高为亚洲最大液压支架生产企业（来源：2024年企业简介）。宁阳与济宁、枣庄构成山东煤机集聚区（来源：2024年山东省工信厅）。高端液压支架进口替代加速（来源：2024年行业研究）。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宁阳矿用机械产业产值约25亿元（来源：2024年宁阳县统计公报）」与「智能采掘装备本地配套率约60%（来源：2024年宁阳县工信局）」等数据点清晰刻画了该维度的现实基础；宁阳矿用机械产业产值约25亿元（来源：2024年宁阳县统计公报）；智能采掘装备本地配套率约60%（来源：2024年宁阳县工信局）；全国煤矿智能化改造年投资超300亿元（来源：2024年煤机协会）；液压支架年市场需求超200亿元（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宁阳矿用机械及配套企业30余家、规上15家（来源：2024年宁阳县工信局）」与「区内国家高新技术企业18家、专精特新12家（来源：2024年宁阳县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宁阳矿用机械及配套企业30余家、规上15家（来源：2024年宁阳县工信局）。区内国家高新技术企业18家、专精特新12家（来源：2024年宁阳县科技局）。塔高牵头组建矿用装备产业联盟（来源：2024年宁阳县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塔高为链主、资产15亿元、员工数千人（来源：2024年企业年报）。塔高获山东省采煤机生产集中地认定（来源：2024年宁阳县公报）。入选国家级专精特新小巨人培育（来源：2024年工信部）。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宁阳省级专精特新矿机企业12家、单项冠军2家（来源：2024年山东省工信厅）。塔高取得激光熔覆等专利数十项（来源：2024年企业简介）。2家企业建省级企业技术中心（来源：2024年山东省发改委）。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宁阳矿用机械及配套企业30余家、规上15家（来源：2024年宁阳县工信局）」与「区内国家高新技术企业18家、专精特新12家（来源：2024年宁阳县科技局）」等数据点清晰刻画了该维度的现实基础；宁阳矿用机械及配套企业30余家、规上15家（来源：2024年宁阳县工信局）；区内国家高新技术企业18家、专精特新12家（来源：2024年宁阳县科技局）；塔高为链主、资产15亿元、员工数千人（来源：2024年企业年报）；入选国家级专精特新小巨人培育（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电液控制阀实现智能采掘工作面配套（来源：2024年煤机协会）」与「三年矿机产能增长70%（来源：2024年宁阳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攻克厚煤层开采技术、填补国内空白（来源：2024年企业简介）。激光熔覆不锈钢立柱5年免维护、国际先进（来源：2024年技术鉴定）。电液控制阀实现智能采掘工作面配套（来源：2024年煤机协会）。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塔高液压支架年产能8000余架（来源：2024年企业简介）。采煤机最大功率2700KW达国内先进（来源：2024年企业简介）。三年矿机产能增长70%（来源：2024年宁阳县工信局）。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塔高研发占比约4%、建四大事业部研发体系（来源：2024年企业年报）。区内矿机企业研发强度平均3.0%（来源：2024年宁阳县科技局）。与波兰柯派克斯共建技术中心（来源：2007年合作签约）。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电液控制阀实现智能采掘工作面配套（来源：2024年煤机协会）」与「三年矿机产能增长70%（来源：2024年宁阳县工信局）」等数据点清晰刻画了该维度的现实基础；电液控制阀实现智能采掘工作面配套（来源：2024年煤机协会）；三年矿机产能增长70%（来源：2024年宁阳县工信局）；塔高研发占比约4%、建四大事业部研发体系（来源：2024年企业年报）；区内矿机企业研发强度平均3.0%（来源：2024年宁阳县科技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塔高矿机项目累计投资超10亿元（来源：2024年宁阳县发改局）」与「矿机项目单位投资强度约200万元/亩（来源：2024年宁阳县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塔高矿机项目累计投资超10亿元（来源：2024年宁阳县发改局）。矿机项目单位投资强度约200万元/亩（来源：2024年宁阳县发改局）。智能化改造单线投入约6000万元（来源：2024年企业可研）。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工业用地约26万元/亩、低于全省均值（来源：2024年宁阳县自然资源局）。矿机用工成本约7.5万元/人年（来源：2024年宁阳县人社局）。大工业用电均价0.65元/千瓦时（来源：2024年国网山东）。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液压支架制造毛利率约22%（来源：2024年行业分析）。智能采煤机净利率12%（来源：2024年企业财报）。龙头企业净资产收益率超9%（来源：2024年塔高年报）。</w:t>
      </w:r>
    </w:p>
    <w:p>
      <w:pPr>
        <w:spacing w:lineRule="exact" w:line="600" w:before="0" w:after="0"/>
        <w:ind w:firstLine="420"/>
        <w:jc w:val="both"/>
      </w:pPr>
      <w:r>
        <w:rPr>
          <w:rFonts w:ascii="仿宋_GB2312" w:hAnsi="仿宋_GB2312" w:eastAsia="仿宋_GB2312"/>
          <w:b w:val="0"/>
          <w:color w:val="000000"/>
          <w:sz w:val="32"/>
        </w:rPr>
        <w:t>据公开数据，资产总额为15亿元（来源：2024年）。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塔高矿机项目累计投资超10亿元（来源：2024年宁阳县发改局）」与「矿机项目单位投资强度约200万元/亩（来源：2024年宁阳县发改局）」等数据点清晰刻画了该维度的现实基础；塔高矿机项目累计投资超10亿元（来源：2024年宁阳县发改局）；矿机项目单位投资强度约200万元/亩（来源：2024年宁阳县发改局）；智能化改造单线投入约6000万元（来源：2024年企业可研）；工业用地约26万元/亩、低于全省均值（来源：2024年宁阳县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液压支架进口替代空间超80亿元（来源：2024年行业研究）」与「煤矿智能化改造带动装备需求年增15%（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高端液压支架进口替代空间超80亿元（来源：2024年行业研究）。智能电液控系统国产替代加速（来源：2024年煤机协会）。煤矿智能化改造带动装备需求年增15%（来源：2024年行业研究）。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高端密封与电液元件仍依赖进口（来源：2024年专家访谈）。智能采掘软件算法壁垒高（来源：2024年行业分析）。煤矿安全监管趋严抬高合规成本（来源：2024年应急部）。</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特种钢价格年波动约15%、影响成本（来源：2024年我的钢铁网）。煤炭周期影响煤机订单波动（来源：2024年行业调研）。铜价波动影响电液控成本（来源：2024年上海有色网）。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液压支架进口替代空间超80亿元（来源：2024年行业研究）」与「煤矿智能化改造带动装备需求年增15%（来源：2024年行业研究）」等数据点清晰刻画了该维度的现实基础；高端液压支架进口替代空间超80亿元（来源：2024年行业研究）；煤矿智能化改造带动装备需求年增15%（来源：2024年行业研究）；高端密封与电液元件仍依赖进口（来源：2024年专家访谈）；特种钢价格年波动约15%、影响成本（来源：2024年我的钢铁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宁阳将矿用机械列为重点产业链、设链长专班（来源：2024年宁阳县委）。塔高牵头组建矿用装备产业联盟（来源：2024年宁阳县工信局）。绘制产业链全景图链式招商（来源：2024年宁阳县招商局）。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实施稳链强基、智能提升、集群筑峰行动（来源：2024年宁阳县工信局）。推进骨干企业数字化改造、建智能工厂2家（来源：2024年行动计划）。建设公共检测与中试平台（来源：2024年平台建设）。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围绕矿机补链签约配套企业25家（来源：2024年宁阳县招商局）。引入山能重装与波兰柯派克斯合资落子（来源：2007年合作签约）。组织参展北京国际煤机展览会（来源：2024年展会总结）。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实施稳链强基、智能提升、集群筑峰行动（来源：2024年宁阳县工信局）；推进骨干企业数字化改造、建智能工厂2家（来源：2024年行动计划）；建设公共检测与中试平台（来源：2024年平台建设）；围绕矿机补链签约配套企业25家（来源：2024年宁阳县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塔高矿机扩建融资需求约10亿元（来源：2024年宁阳县金融办）」与「配套企业技改融资合计超6亿元（来源：2024年宁阳县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塔高矿机扩建融资需求约10亿元（来源：2024年宁阳县金融办）。配套企业技改融资合计超6亿元（来源：2024年宁阳县金融办）。全区矿机年新增资金需求约12亿元（来源：2024年宁阳县金融办）。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宁阳矿机产业年新增资金需求约12亿元（来源：2024年宁阳县金融办）。智能产线升级贷款余额约7亿元（来源：2024年人民银行泰安分行）。研发平台财政投入约1亿元（来源：2024年宁阳县科技局）。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产业基金+银行授信+股权融资组合（来源：2024年融资方案）。设5亿元高端装备产业引导基金（来源：2024年宁阳县财政局）。鼓励矿机企业挂牌区域股权市场（来源：2024年金融扶持）。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塔高矿机扩建融资需求约10亿元（来源：2024年宁阳县金融办）」与「配套企业技改融资合计超6亿元（来源：2024年宁阳县金融办）」等数据点清晰刻画了该维度的现实基础；塔高矿机扩建融资需求约10亿元（来源：2024年宁阳县金融办）；配套企业技改融资合计超6亿元（来源：2024年宁阳县金融办）；全区矿机年新增资金需求约12亿元（来源：2024年宁阳县金融办）；宁阳矿机产业年新增资金需求约12亿元（来源：2024年宁阳县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用机械与智能采掘装备在泰安市宁阳县依托区域产业基础与政策赋能，已形成以量化事实为支撑的发展格局。宁阳矿用机械以塔高为龙头、配套企业30余家（来源：2024年宁阳县工信局）；塔高资产15亿元、为亚洲最大液压支架生产企业（来源：2024年企业简介）；宁阳高端装备制造到2025年目标营收100亿元（来源：2024年宁阳县政府公报）；设装备制造专项扶持资金年2000万元（来源：2024年宁阳县财政局）；矿机产业技术工人超5000人、高级技工400人（来源：2024年宁阳县人社局）；工业用地约26万元/亩、具成本优势（来源：2024年宁阳县自然资源局）；矿机用特种钢年本地采购约10万吨（来源：2024年宁阳县工信局）；液压件与密封件本地配套企业18家（来源：2024年行业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塔高矿业机械装备制造有限公司位于宁阳县磁窑经济技术开发区，由山东能源机械集团与波兰柯派克斯股份于2007年5月共同出资组建，注册资本1亿元、资产总额15亿元，是国内唯一与外商合作投资、专业生产煤矿大型机械装备的企业，也是亚洲最大的煤矿大型液压支架生产企业。塔高工业园占地500亩，建有8座现代化车间与20000平方米装配基地，拥有大型立卧式加工中心、智能焊接机器人等设备1000余台套，综采液压支架年产能8000余架，采用波兰先进工艺，缸径可达500mm、支撑最高8米、支撑阻力最大18800KN。</w:t>
      </w:r>
    </w:p>
    <w:p>
      <w:pPr>
        <w:spacing w:lineRule="exact" w:line="600" w:before="0" w:after="0"/>
        <w:ind w:firstLine="420"/>
        <w:jc w:val="both"/>
      </w:pPr>
      <w:r>
        <w:rPr>
          <w:rFonts w:ascii="仿宋_GB2312" w:hAnsi="仿宋_GB2312" w:eastAsia="仿宋_GB2312"/>
          <w:b w:val="0"/>
          <w:color w:val="000000"/>
          <w:sz w:val="32"/>
        </w:rPr>
        <w:t>塔高机械与波兰柯派克斯共同出资组建生产的大型长臂电牵引采煤机最大功率达2700KW、切割滚筒3.5米、采煤高度可达7米，成功填补我国厚煤层开采技术空白；企业拥有自主知识产权激光熔覆不锈钢立柱和千斤顶，经北京煤炭科学总院30000次试验耐久、密封和溢流性能达标，可实现5年免维护，填补国内技术空白，形成支架、采煤机、油缸、电液阀四大事业部，产品覆盖煤矿综采支护与采掘全流程。</w:t>
      </w:r>
    </w:p>
    <w:p>
      <w:pPr>
        <w:spacing w:lineRule="exact" w:line="600" w:before="0" w:after="0"/>
        <w:ind w:firstLine="420"/>
        <w:jc w:val="both"/>
      </w:pPr>
      <w:r>
        <w:rPr>
          <w:rFonts w:ascii="仿宋_GB2312" w:hAnsi="仿宋_GB2312" w:eastAsia="仿宋_GB2312"/>
          <w:b w:val="0"/>
          <w:color w:val="000000"/>
          <w:sz w:val="32"/>
        </w:rPr>
        <w:t>宁阳县以塔高机械为骨干打造矿用机械制造产业基地，被确定为全国最大采煤机生产基地之一，区内还集聚乾泰精密铸造(山东能源集团独家精密铸造加工基地)、金茂机械(隧道窑制砖设备等建筑工程机械)等配套企业，形成液压支架、采煤机、工程油缸、千斤顶、电液控制阀、高压胶管等完整产品体系，并获山东省采煤机与矿用机械系列产品生产集中地认定，产品服务于山东能源等大型煤企。</w:t>
      </w:r>
    </w:p>
    <w:p>
      <w:pPr>
        <w:spacing w:lineRule="exact" w:line="600" w:before="0" w:after="0"/>
        <w:jc w:val="left"/>
      </w:pPr>
      <w:r>
        <w:rPr>
          <w:rFonts w:ascii="仿宋_GB2312" w:hAnsi="仿宋_GB2312" w:eastAsia="仿宋_GB2312"/>
          <w:b w:val="0"/>
          <w:color w:val="000000"/>
          <w:sz w:val="28"/>
        </w:rPr>
        <w:t>主要数据来源：山东塔高矿业机械官网；中国工业报；宁阳县政府公报；山东省工信厅；矿宝网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