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体育运动网具与绳网制品行业深度分析报告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惠民县李庄镇是全国最大的化纤绳网产业基地，结绳织网历史长达300余年，从明朝初年的车马挽具、上世纪80年代的建筑安全网，发展到如今涵盖建筑安全、农业、渔业、体育、劳保防护等8个系列320余种产品的现代化产业集群。2024年惠民县绳网产业实现产值300亿元，同比增长15.38%，产品占据全国80%以上市场份额、占全省90%以上，远销德国、日本、美国等103个国家和地区，出口额突破70亿元。全县现有绳网企业4257家，其中规模以上89家，加工业户7100余户，从业人员12万余人，带动12万群众就业，先后荣获「中国塑料绳网之都」「中国绳网名城」称号，入选省十强雁阵形产业集群、工信部重点培育纺织服装百家品牌。近年来当地推动绳网向体育健身、深海养殖、航空航天延伸，建成全国首个绳网产业大数据平台，启动计划总投资479.23亿元的绳网产业新城，立志打造千亿级国家特色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年产值：300亿元（来源：2024年）</w:t>
      </w:r>
    </w:p>
    <w:p>
      <w:pPr>
        <w:spacing w:lineRule="exact" w:line="600" w:before="0" w:after="0"/>
        <w:ind w:firstLine="420"/>
        <w:jc w:val="both"/>
      </w:pPr>
      <w:r>
        <w:rPr>
          <w:rFonts w:ascii="仿宋_GB2312" w:hAnsi="仿宋_GB2312" w:eastAsia="仿宋_GB2312"/>
          <w:b w:val="0"/>
          <w:color w:val="000000"/>
          <w:sz w:val="32"/>
        </w:rPr>
        <w:t>· 全国市场份额：80%以上（来源：2025年）</w:t>
      </w:r>
    </w:p>
    <w:p>
      <w:pPr>
        <w:spacing w:lineRule="exact" w:line="600" w:before="0" w:after="0"/>
        <w:ind w:firstLine="420"/>
        <w:jc w:val="both"/>
      </w:pPr>
      <w:r>
        <w:rPr>
          <w:rFonts w:ascii="仿宋_GB2312" w:hAnsi="仿宋_GB2312" w:eastAsia="仿宋_GB2312"/>
          <w:b w:val="0"/>
          <w:color w:val="000000"/>
          <w:sz w:val="32"/>
        </w:rPr>
        <w:t>· 绳网企业数：4257家（来源：2025年）</w:t>
      </w:r>
    </w:p>
    <w:p>
      <w:pPr>
        <w:spacing w:lineRule="exact" w:line="600" w:before="0" w:after="0"/>
        <w:ind w:firstLine="420"/>
        <w:jc w:val="both"/>
      </w:pPr>
      <w:r>
        <w:rPr>
          <w:rFonts w:ascii="仿宋_GB2312" w:hAnsi="仿宋_GB2312" w:eastAsia="仿宋_GB2312"/>
          <w:b w:val="0"/>
          <w:color w:val="000000"/>
          <w:sz w:val="32"/>
        </w:rPr>
        <w:t>· 规上企业数：89家（来源：2025年）</w:t>
      </w:r>
    </w:p>
    <w:p>
      <w:pPr>
        <w:spacing w:lineRule="exact" w:line="600" w:before="0" w:after="0"/>
        <w:ind w:firstLine="420"/>
        <w:jc w:val="both"/>
      </w:pPr>
      <w:r>
        <w:rPr>
          <w:rFonts w:ascii="仿宋_GB2312" w:hAnsi="仿宋_GB2312" w:eastAsia="仿宋_GB2312"/>
          <w:b w:val="0"/>
          <w:color w:val="000000"/>
          <w:sz w:val="32"/>
        </w:rPr>
        <w:t>· 从业人员：12万余人（来源：2025年）</w:t>
      </w:r>
    </w:p>
    <w:p>
      <w:pPr>
        <w:spacing w:lineRule="exact" w:line="600" w:before="0" w:after="0"/>
        <w:ind w:firstLine="420"/>
        <w:jc w:val="both"/>
      </w:pPr>
      <w:r>
        <w:rPr>
          <w:rFonts w:ascii="仿宋_GB2312" w:hAnsi="仿宋_GB2312" w:eastAsia="仿宋_GB2312"/>
          <w:b w:val="0"/>
          <w:color w:val="000000"/>
          <w:sz w:val="32"/>
        </w:rPr>
        <w:t>· 出口国别：103个国家和地区（来源：2025年）</w:t>
      </w:r>
    </w:p>
    <w:p>
      <w:pPr>
        <w:spacing w:lineRule="exact" w:line="600" w:before="0" w:after="0"/>
        <w:ind w:firstLine="420"/>
        <w:jc w:val="both"/>
      </w:pPr>
      <w:r>
        <w:rPr>
          <w:rFonts w:ascii="仿宋_GB2312" w:hAnsi="仿宋_GB2312" w:eastAsia="仿宋_GB2312"/>
          <w:b w:val="0"/>
          <w:color w:val="000000"/>
          <w:sz w:val="32"/>
        </w:rPr>
        <w:t>· 产品系列：8系列320余种（来源：2025年）</w:t>
      </w:r>
    </w:p>
    <w:p>
      <w:pPr>
        <w:spacing w:lineRule="exact" w:line="600" w:before="0" w:after="0"/>
        <w:ind w:firstLine="420"/>
        <w:jc w:val="both"/>
      </w:pPr>
      <w:r>
        <w:rPr>
          <w:rFonts w:ascii="仿宋_GB2312" w:hAnsi="仿宋_GB2312" w:eastAsia="仿宋_GB2312"/>
          <w:b w:val="0"/>
          <w:color w:val="000000"/>
          <w:sz w:val="32"/>
        </w:rPr>
        <w:t>· 规上产值：68.08亿元（来源：2025年）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李庄镇是全国最大的化纤绳网产业基地、年产各类绳网135万吨（来源：2023年惠民县政府）」与「李庄镇绳网产业2024年实现产值300亿元、同比增长15.38%（来源：2025年惠民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李庄镇是全国最大的化纤绳网产业基地、年产各类绳网135万吨（来源：2023年惠民县政府）。李庄镇绳网产业前身车马挽具可追溯至明朝初年、结绳织网历史300余年（来源：2025年新华网）。李庄镇绳网产业2024年实现产值300亿元、同比增长15.38%（来源：2025年惠民县政协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县绳网产业集群入选省十强雁阵形产业集群、省特色产业集群（来源：2025年惠民县政协答复）。惠民县启动绳网产业新城建设、2025年成立绳网产业新城管理服务中心（来源：2025年惠民县政协答复）。绳网产业集群入选工信部重点培育纺织服装百家品牌（来源：2025年滨州晚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县现有绳网企业4257家、其中规上89家、加工业户7100余户（来源：2025年惠民县政协答复）。全县绳网从业人员12万余人、带动12万群众就业（来源：2026年大众日报）。李庄镇拥有绳网织机3000余台套、技术装备水平国内领先（来源：2020年滨州市体育局）。</w:t>
      </w:r>
    </w:p>
    <w:p>
      <w:pPr>
        <w:spacing w:lineRule="exact" w:line="600" w:before="0" w:after="0"/>
        <w:ind w:firstLine="420"/>
        <w:jc w:val="both"/>
      </w:pPr>
      <w:r>
        <w:rPr>
          <w:rFonts w:ascii="仿宋_GB2312" w:hAnsi="仿宋_GB2312" w:eastAsia="仿宋_GB2312"/>
          <w:b w:val="0"/>
          <w:color w:val="000000"/>
          <w:sz w:val="32"/>
        </w:rPr>
        <w:t>据公开数据，年产值为300亿元（来源：2024年）。</w:t>
      </w:r>
    </w:p>
    <w:p>
      <w:pPr>
        <w:spacing w:lineRule="exact" w:line="600" w:before="0" w:after="0"/>
        <w:ind w:firstLine="420"/>
        <w:jc w:val="both"/>
      </w:pPr>
      <w:r>
        <w:rPr>
          <w:rFonts w:ascii="仿宋_GB2312" w:hAnsi="仿宋_GB2312" w:eastAsia="仿宋_GB2312"/>
          <w:b w:val="0"/>
          <w:color w:val="000000"/>
          <w:sz w:val="32"/>
        </w:rPr>
        <w:t>据公开数据，规上产值为68.08亿元（来源：2025年）。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李庄镇是全国最大的化纤绳网产业基地、年产各类绳网135万吨（来源：2023年惠民县政府）」与「李庄镇绳网产业2024年实现产值300亿元、同比增长15.38%（来源：2025年惠民县政协答复）」等数据点清晰刻画了该维度的现实基础；李庄镇是全国最大的化纤绳网产业基地、年产各类绳网135万吨（来源：2023年惠民县政府）；李庄镇绳网产业2024年实现产值300亿元、同比增长15.38%（来源：2025年惠民县政协答复）；绳网产业集群入选工信部重点培育纺织服装百家品牌（来源：2025年滨州晚报）；惠民县现有绳网企业4257家、其中规上89家、加工业户7100余户（来源：2025年惠民县政协答复）。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当地谋划原材料供应、机械设备制造等绳网上下游项目48个（来源：2025年惠民县政协答复）」与「金冠网具拥有100多台经编机、产品涵盖300余个品种（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绳网上游以化纤丝、聚丙烯等原材料供应为主、形成原材料供应体系（来源：2025年惠民县政协答复）。当地谋划原材料供应、机械设备制造等绳网上下游项目48个（来源：2025年惠民县政协答复）。李庄镇形成集原材料供应、研发设计、成品加工、市场销售、应用服务于一体的产业集群（来源：2025年新华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李庄镇生产建筑安全网、农业网、渔业网、体育网等8大类300余种产品（来源：2025年新华网）。金冠网具拥有100多台经编机、产品涵盖300余个品种（来源：2026年大众日报）。绳网产品从单一建筑安全网扩展到防护网、体育网等24个系列200余种规格（来源：2021年滨州市工信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绳网产品远销德国、日本、美国等103个国家和地区（来源：2024年惠民县政协答复）。开发海参养殖网、深海养殖网等海洋用网新品种（来源：2023年惠民县政府）。六角足球网等8类产品打入巴西奥运会、滑雪场围网成为2022北京冬奥会指定产品（来源：2021年滨州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当地谋划原材料供应、机械设备制造等绳网上下游项目48个（来源：2025年惠民县政协答复）」与「金冠网具拥有100多台经编机、产品涵盖300余个品种（来源：2026年大众日报）」等数据点清晰刻画了该维度的现实基础；当地谋划原材料供应、机械设备制造等绳网上下游项目48个（来源：2025年惠民县政协答复）；金冠网具拥有100多台经编机、产品涵盖300余个品种（来源：2026年大众日报）；绳网产品从单一建筑安全网扩展到防护网、体育网等24个系列200余种规格（来源：2021年滨州市工信局）；绳网产品远销德国、日本、美国等103个国家和地区（来源：2024年惠民县政协答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惠民县绳网产业实现产值300亿元、占全国市场份额80%以上（来源：2025年惠民县政协答复）」与「李庄镇年产绳网约150万吨、年产值超200亿元（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惠民县绳网产业实现产值300亿元、占全国市场份额80%以上（来源：2025年惠民县政协答复）。李庄镇年产绳网约150万吨、年产值超200亿元（来源：2026年大众日报）。2025年规上绳网企业产值68.08亿元、同比增长14.29%（来源：2025年搜狐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出口德国、日本、阿联酋等103个国家和地区（来源：2025年滨州晚报）。2024年绳网出口额突破70亿元、进出口总额72亿元（来源：2025年滨州晚报）。体育用网年销售收入66亿元、占国内市场60%（来源：2020年滨州市体育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惠民县绳网产品市场份额占全国80%以上、占全省90%以上（来源：2021年滨州市工信局）。李庄镇绳网在国内建筑安全绳网市场占比超80%（来源：2025年央广网）。山东展鹏网业产品有九大系列162个品种、出口45个国家和地区（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惠民县绳网产业实现产值300亿元、占全国市场份额80%以上（来源：2025年惠民县政协答复）」与「李庄镇年产绳网约150万吨、年产值超200亿元（来源：2026年大众日报）」等数据点清晰刻画了该维度的现实基础；2024年惠民县绳网产业实现产值300亿元、占全国市场份额80%以上（来源：2025年惠民县政协答复）；李庄镇年产绳网约150万吨、年产值超200亿元（来源：2026年大众日报）；2025年规上绳网企业产值68.08亿元、同比增长14.29%（来源：2025年搜狐财经）；产品出口德国、日本、阿联酋等103个国家和地区（来源：2025年滨州晚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惠民县现有绳网企业4257家、其中规模以上89家（来源：2025年惠民县政协答复）」与「李庄镇绳网市场主体达5800余家、加工业户7100余户（来源：2026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惠民县现有绳网企业4257家、其中规模以上89家（来源：2025年惠民县政协答复）。李庄镇绳网市场主体达5800余家、加工业户7100余户（来源：2026年大众日报）。2020年李庄镇有绳网生产规模较大企业580多家、规上55家（来源：2020年滨州市体育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滨州金冠网具有限公司为行业龙头、拥有100多台经编机（来源：2026年大众日报）。山东延卓渔具有限公司渔具产业园项目投资2.3亿元（来源：2023年惠民县政府）。山东展鹏网业有限公司注册于2011年、工业生产总值突破1.5亿元（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培育省级专精特新中小企业6家、省级瞪羚企业1家（来源：2021年滨州市工信局）。拥有自营进出口权企业63家、省级高新技术企业10家（来源：2021年滨州市工信局）。科技型中小企业64家支撑绳网产业创新（来源：2021年滨州市工信局）。</w:t>
      </w:r>
    </w:p>
    <w:p>
      <w:pPr>
        <w:spacing w:lineRule="exact" w:line="600" w:before="0" w:after="0"/>
        <w:ind w:firstLine="420"/>
        <w:jc w:val="both"/>
      </w:pPr>
      <w:r>
        <w:rPr>
          <w:rFonts w:ascii="仿宋_GB2312" w:hAnsi="仿宋_GB2312" w:eastAsia="仿宋_GB2312"/>
          <w:b w:val="0"/>
          <w:color w:val="000000"/>
          <w:sz w:val="32"/>
        </w:rPr>
        <w:t>据公开数据，绳网企业数为4257家（来源：2025年）。</w:t>
      </w:r>
    </w:p>
    <w:p>
      <w:pPr>
        <w:spacing w:lineRule="exact" w:line="600" w:before="0" w:after="0"/>
        <w:ind w:firstLine="420"/>
        <w:jc w:val="both"/>
      </w:pPr>
      <w:r>
        <w:rPr>
          <w:rFonts w:ascii="仿宋_GB2312" w:hAnsi="仿宋_GB2312" w:eastAsia="仿宋_GB2312"/>
          <w:b w:val="0"/>
          <w:color w:val="000000"/>
          <w:sz w:val="32"/>
        </w:rPr>
        <w:t>据公开数据，规上企业数为89家（来源：2025年）。</w:t>
      </w:r>
    </w:p>
    <w:p>
      <w:pPr>
        <w:spacing w:lineRule="exact" w:line="600" w:before="0" w:after="0"/>
        <w:ind w:firstLine="420"/>
        <w:jc w:val="both"/>
      </w:pPr>
      <w:r>
        <w:rPr>
          <w:rFonts w:ascii="仿宋_GB2312" w:hAnsi="仿宋_GB2312" w:eastAsia="仿宋_GB2312"/>
          <w:b w:val="0"/>
          <w:color w:val="000000"/>
          <w:sz w:val="32"/>
        </w:rPr>
        <w:t>据公开数据，从业人员为12万余人（来源：2025年）。</w:t>
      </w:r>
    </w:p>
    <w:p>
      <w:pPr>
        <w:spacing w:lineRule="exact" w:line="600" w:before="0" w:after="0"/>
        <w:ind w:firstLine="420"/>
        <w:jc w:val="both"/>
      </w:pPr>
      <w:r>
        <w:rPr>
          <w:rFonts w:ascii="仿宋_GB2312" w:hAnsi="仿宋_GB2312" w:eastAsia="仿宋_GB2312"/>
          <w:b w:val="0"/>
          <w:color w:val="000000"/>
          <w:sz w:val="32"/>
        </w:rPr>
        <w:t>据公开数据，规上产值为68.08亿元（来源：2025年）。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惠民县现有绳网企业4257家、其中规模以上89家（来源：2025年惠民县政协答复）」与「李庄镇绳网市场主体达5800余家、加工业户7100余户（来源：2026年大众日报）」等数据点清晰刻画了该维度的现实基础；惠民县现有绳网企业4257家、其中规模以上89家（来源：2025年惠民县政协答复）；李庄镇绳网市场主体达5800余家、加工业户7100余户（来源：2026年大众日报）；2020年李庄镇有绳网生产规模较大企业580多家、规上55家（来源：2020年滨州市体育局）；山东滨州金冠网具有限公司为行业龙头、拥有100多台经编机（来源：2026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标准制定、智能升级」展开系统梳理，其中「李庄镇累计获得发明专利、实用新型专利400余项（来源：2025年新华网）」与「建成山东省网具质量检验检测分中心、可完成360余项产品性能检测（来源：2025年搜狐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李庄镇累计获得发明专利、实用新型专利400余项（来源：2025年新华网）。建成山东省网具质量检验检测分中心、可完成360余项产品性能检测（来源：2025年搜狐财经）。与东华大学、中产协等高校院所合作研发深海养殖网（来源：2025年央广网）。</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依托全国唯一化纤绳网省级专业标准化技术委员会、起草26项标准（来源：2025年搜狐财经）。标准涵盖3项国家标准、8项行业标准、3项地方标准、12项团体标准（来源：2025年搜狐财经）。检测结果与欧盟GS等国际标准无缝对接（来源：2025年滨州晚报）。</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建成全国第一个绳网产业大数据平台、列为省第二批现代优势产业集群+人工智能试点（来源：2021年滨州市工信局）。金冠网具联合高校研发可实时采集海水温度盐度的深海养殖网箱（来源：2026年大众日报）。李庄镇成立全市首个镇级大数据办公室（来源：2021年滨州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标准制定、智能升级」展开系统梳理，其中「李庄镇累计获得发明专利、实用新型专利400余项（来源：2025年新华网）」与「建成山东省网具质量检验检测分中心、可完成360余项产品性能检测（来源：2025年搜狐财经）」等数据点清晰刻画了该维度的现实基础；李庄镇累计获得发明专利、实用新型专利400余项（来源：2025年新华网）；建成山东省网具质量检验检测分中心、可完成360余项产品性能检测（来源：2025年搜狐财经）；依托全国唯一化纤绳网省级专业标准化技术委员会、起草26项标准（来源：2025年搜狐财经）；标准涵盖3项国家标准、8项行业标准、3项地方标准、12项团体标准（来源：2025年搜狐财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绳网产业新城谋划重点项目48个、计划总投资479.23亿元（来源：2025年惠民县政协答复）」与「红网工坊投资80万元、建成2100平方米双富绳网车间（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绳网产业新城谋划重点项目48个、计划总投资479.23亿元（来源：2025年惠民县政协答复）。红网工坊投资80万元、建成2100平方米双富绳网车间（来源：2025年新浪财经）。延卓渔具产业园项目投资2.3亿元、加快延链补链（来源：2023年惠民县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李庄镇60至70岁家庭妇女通过红网工坊手工编织绳网日均收入50至70元（来源：2025年新浪财经）。绳网产业电商销售额占全镇绳网产业总营收的35%（来源：2025年央广网）。电商商户达3600余家、线上交易额突破25亿元（来源：2025年新华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绳网产业实现产值300亿元、同比增长15.38%（来源：2025年惠民县政协答复）。2025年规上绳网企业产值68.08亿元、同比增长14.29%（来源：2025年搜狐财经）。展鹏网业工业生产总值突破1.5亿元、产品出口产能份额95%以上（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绳网产业新城谋划重点项目48个、计划总投资479.23亿元（来源：2025年惠民县政协答复）」与「红网工坊投资80万元、建成2100平方米双富绳网车间（来源：2025年新浪财经）」等数据点清晰刻画了该维度的现实基础；绳网产业新城谋划重点项目48个、计划总投资479.23亿元（来源：2025年惠民县政协答复）；红网工坊投资80万元、建成2100平方米双富绳网车间（来源：2025年新浪财经）；延卓渔具产业园项目投资2.3亿元、加快延链补链（来源：2023年惠民县政府）；李庄镇60至70岁家庭妇女通过红网工坊手工编织绳网日均收入50至70元（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市场波动」展开系统梳理，其中「产品出口103个国家和地区、2024年出口额突破70亿元（来源：2025年滨州晚报）」与「欧盟GS等国际标准对接提升外贸成本与通关效率要求（来源：2025年搜狐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绳网产品拓展中东市场、添加骆驼不喜欢气味的开创防啃食网（来源：2025年新华网）。自主研发深海养殖网可搭载5G信号、成为智慧渔业标配（来源：2025年新华网）。产品出口103个国家和地区、2024年出口额突破70亿元（来源：2025年滨州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同质化竞争严重、曾陷入价格战利润微薄（来源：2025年新华网）。传统绳网附加值相对较低、需开拓新应用领域（来源：2019年网易财经）。建筑安全网、盖土抑尘网竞争愈演愈烈、倒逼转型（来源：2023年惠民县政府）。</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欧盟GS等国际标准对接提升外贸成本与通关效率要求（来源：2025年搜狐财经）。出口受欧美工艺标准差异影响、需持续提升标准（来源：2025年滨州晚报）。产品价格受原材料化纤价格波动影响（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市场波动」展开系统梳理，其中「产品出口103个国家和地区、2024年出口额突破70亿元（来源：2025年滨州晚报）」与「欧盟GS等国际标准对接提升外贸成本与通关效率要求（来源：2025年搜狐财经）」等数据点清晰刻画了该维度的现实基础；产品出口103个国家和地区、2024年出口额突破70亿元（来源：2025年滨州晚报）；欧盟GS等国际标准对接提升外贸成本与通关效率要求（来源：2025年搜狐财经）；出口受欧美工艺标准差异影响、需持续提升标准（来源：2025年滨州晚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绳网产品制造+设计提升工程、拓宽产业内涵（来源：2021年滨州市工信局）」与「打造绳网产业+互联网+人工智能+大数据融合发展模式（来源：2021年滨州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县将绳网作为县域支柱产业、实施强链建链工程（来源：2021年滨州市工信局）。依托绳网产业新城管理服务中心实体化运行、统筹规划招引（来源：2025年惠民县政协答复）。实施绳网产品制造+设计提升工程、拓宽产业内涵（来源：2021年滨州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绳网向体育健身、深海养殖、航空航天领域延伸（来源：2025年央广网）。打造绳网产业+互联网+人工智能+大数据融合发展模式（来源：2021年滨州市工信局）。开展外贸人才培育、签约绳网产业学院提升跨境贸易水平（来源：2025年惠民县政协答复）。</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超前储备原材料供应、机械设备制造、跨境电商、智慧仓储等上下游项目（来源：2025年惠民县政协答复）。举办绳系天下网链全球精准采购大会、33名境外采购商参会（来源：2025年滨州晚报）。发展淘宝村29个、绳网电商数量达3200家（来源：2025年滨州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绳网产品制造+设计提升工程、拓宽产业内涵（来源：2021年滨州市工信局）」与「打造绳网产业+互联网+人工智能+大数据融合发展模式（来源：2021年滨州市工信局）」等数据点清晰刻画了该维度的现实基础；实施绳网产品制造+设计提升工程、拓宽产业内涵（来源：2021年滨州市工信局）；打造绳网产业+互联网+人工智能+大数据融合发展模式（来源：2021年滨州市工信局）；开展外贸人才培育、签约绳网产业学院提升跨境贸易水平（来源：2025年惠民县政协答复）；超前储备原材料供应、机械设备制造、跨境电商、智慧仓储等上下游项目（来源：2025年惠民县政协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绳网产业新城谋划重点项目48个、计划总投资479.23亿元（来源：2025年惠民县政协答复）」与「延卓渔具产业园项目投资2.3亿元、需配套融资（来源：2023年惠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绳网产业新城谋划重点项目48个、计划总投资479.23亿元（来源：2025年惠民县政协答复）。延卓渔具产业园项目投资2.3亿元、需配套融资（来源：2023年惠民县政府）。红网工坊投资80万元、由村集体整合闲散土地建设（来源：2025年新浪财经）。</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培育完整链条需原材料、机械设备、跨境电商、智慧仓储等配套投入（来源：2025年惠民县政协答复）。科创引领、绿色低碳、融合发展的全链条新生态建设资金需求（来源：2025年惠民县政协答复）。检测平台与大数据平台持续升级的技改资金需求（来源：2021年滨州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新城调区扩区、推动重点项目纳入国家和省市计划盘子（来源：2025年惠民县政协答复）。晟耀项目纳入省绿色低碳高质量发展项目、5个项目纳入市重点项目（来源：2025年惠民县政协答复）。通过政策+服务双轮驱动、争取各类要素支持与专项资金（来源：2025年惠民县政协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绳网产业新城谋划重点项目48个、计划总投资479.23亿元（来源：2025年惠民县政协答复）」与「延卓渔具产业园项目投资2.3亿元、需配套融资（来源：2023年惠民县政府）」等数据点清晰刻画了该维度的现实基础；绳网产业新城谋划重点项目48个、计划总投资479.23亿元（来源：2025年惠民县政协答复）；延卓渔具产业园项目投资2.3亿元、需配套融资（来源：2023年惠民县政府）；红网工坊投资80万元、由村集体整合闲散土地建设（来源：2025年新浪财经）；培育完整链条需原材料、机械设备、跨境电商、智慧仓储等配套投入（来源：2025年惠民县政协答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体育运动网具与绳网制品在滨州市惠民县依托区域产业基础与政策赋能，已形成以量化事实为支撑的发展格局。李庄镇是全国最大的化纤绳网产业基地、年产各类绳网135万吨（来源：2023年惠民县政府）；李庄镇绳网产业2024年实现产值300亿元、同比增长15.38%（来源：2025年惠民县政协答复）；绳网产业集群入选工信部重点培育纺织服装百家品牌（来源：2025年滨州晚报）；惠民县现有绳网企业4257家、其中规上89家、加工业户7100余户（来源：2025年惠民县政协答复）；全县绳网从业人员12万余人、带动12万群众就业（来源：2026年大众日报）；李庄镇拥有绳网织机3000余台套、技术装备水平国内领先（来源：2020年滨州市体育局）；当地谋划原材料供应、机械设备制造等绳网上下游项目48个（来源：2025年惠民县政协答复）；金冠网具拥有100多台经编机、产品涵盖300余个品种（来源：2026年大众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滨州金冠网具有限公司位于惠民县李庄镇，是当地绳网产业龙头企业之一。公司拥有100多台经编机，产品涵盖建筑安全网、农业网、渔业网、体育网等300余个品种，年产能位居行业前列。近年来公司主动谋求转型，自主研发海参养殖网并成功申请专利，产品具有无污染、耐腐蚀、对海参生产无影响等特点，主要采取订单式生产，销往浙江、山东等沿海省份。公司还联合高校研发可实时采集海水温度、盐度、压力等参数的「有知觉」深海养殖网箱，推动绳网向高端化、智能化升级，是惠民绳网从传统建筑用网向全场景应用跨越的代表企业。</w:t>
      </w:r>
    </w:p>
    <w:p>
      <w:pPr>
        <w:spacing w:lineRule="exact" w:line="600" w:before="0" w:after="0"/>
        <w:ind w:firstLine="420"/>
        <w:jc w:val="both"/>
      </w:pPr>
      <w:r>
        <w:rPr>
          <w:rFonts w:ascii="仿宋_GB2312" w:hAnsi="仿宋_GB2312" w:eastAsia="仿宋_GB2312"/>
          <w:b w:val="0"/>
          <w:color w:val="000000"/>
          <w:sz w:val="32"/>
        </w:rPr>
        <w:t>山东展鹏网业有限公司注册成立于2011年，是惠民县李庄镇绳网出口型骨干企业，主营建筑安全网、农业用网等八大领域、320种品类产品。公司副总经理介绍，公司初期仅有几十人、产品对应内销市场，十年前逐步转型升级，现主打中高端产品出口外销，产品出口已达产能份额的95%以上，销售至欧盟、南北美、中东及东南亚等45个国家和地区，工业生产总值突破1.5亿元。面对内销同质化竞争，展鹏网业以差异化、高端化路线突围，成为惠民绳网「惠制造出海」的典型代表，带动当地外贸转型升级基地建设。</w:t>
      </w:r>
    </w:p>
    <w:p>
      <w:pPr>
        <w:spacing w:lineRule="exact" w:line="600" w:before="0" w:after="0"/>
        <w:ind w:firstLine="420"/>
        <w:jc w:val="both"/>
      </w:pPr>
      <w:r>
        <w:rPr>
          <w:rFonts w:ascii="仿宋_GB2312" w:hAnsi="仿宋_GB2312" w:eastAsia="仿宋_GB2312"/>
          <w:b w:val="0"/>
          <w:color w:val="000000"/>
          <w:sz w:val="32"/>
        </w:rPr>
        <w:t>山东延卓渔具有限公司是惠民县李庄镇绳网产业链延链补链重点项目承载企业，其渔具产业园项目总投资2.3亿元，于2023年落地建设。项目依托李庄镇绳网产业基础，向渔具及海洋用网领域延伸，加快推动延链、补链、壮链，做大做强化纤绳网产业集群。李庄镇抢抓海洋经济发展重大战略机遇，结合绳网产业优势深耕海洋用网，延卓渔具产业园的落地是当地从建筑安全网向海参养殖网、深海养殖网等海洋牧场用网转型的重要载体，对提升产业集群附加值和拓展蓝色经济新增长点具有示范意义。</w:t>
      </w:r>
    </w:p>
    <w:p>
      <w:pPr>
        <w:spacing w:lineRule="exact" w:line="600" w:before="0" w:after="0"/>
        <w:jc w:val="left"/>
      </w:pPr>
      <w:r>
        <w:rPr>
          <w:rFonts w:ascii="仿宋_GB2312" w:hAnsi="仿宋_GB2312" w:eastAsia="仿宋_GB2312"/>
          <w:b w:val="0"/>
          <w:color w:val="000000"/>
          <w:sz w:val="28"/>
        </w:rPr>
        <w:t>主要数据来源：惠民县政府官网；滨州市工业和信息化局；新华网；滨州晚报；央广网；搜狐财经；新浪财经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