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肉鸡规模养殖与种苗孵化行业深度分析报告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肉鸡规模养殖与种苗孵化是博兴县肉禽加工特色产业集群的上游核心环节。20世纪80年代末柳桥村以肉鸡屠宰加工为起点，逐步向种鸡养殖、饲料生产等上下游延伸，带动全县形成总面积75平方公里的肉禽加工特色产业集群。2025年3月，山东博大禽业有限公司建设的2亿羽孵化中心正式投产，成为亚洲单体规模最大的孵化中心，依托中国电科第41所智慧孵化设备物联全自动化车间，整合12座父母代种禽场，采用「1拖3」种蛋分选设备每小时分选6.6万枚，89台大箱体每日入孵种蛋60万枚，年出鸡苗2亿羽，孵化率提升3个百分点以上，按年孵化1亿羽测算可多产300万羽、年增效益900多万元。下游祥瀚农牧绿色养殖基地标准化鸡舍温湿通风全智能化，肉鸡年出栏360万只；博大集团养父母代种鸡180万套、饲料年加工20万吨、年孵化鸡苗2亿只，为产业集群提供稳定种苗与原料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孵化中心年孵化：2亿羽（来源：2026年）</w:t>
      </w:r>
    </w:p>
    <w:p>
      <w:pPr>
        <w:spacing w:lineRule="exact" w:line="600" w:before="0" w:after="0"/>
        <w:ind w:firstLine="420"/>
        <w:jc w:val="both"/>
      </w:pPr>
      <w:r>
        <w:rPr>
          <w:rFonts w:ascii="仿宋_GB2312" w:hAnsi="仿宋_GB2312" w:eastAsia="仿宋_GB2312"/>
          <w:b w:val="0"/>
          <w:color w:val="000000"/>
          <w:sz w:val="32"/>
        </w:rPr>
        <w:t>· 每日入孵种蛋：60万枚（来源：2026年）</w:t>
      </w:r>
    </w:p>
    <w:p>
      <w:pPr>
        <w:spacing w:lineRule="exact" w:line="600" w:before="0" w:after="0"/>
        <w:ind w:firstLine="420"/>
        <w:jc w:val="both"/>
      </w:pPr>
      <w:r>
        <w:rPr>
          <w:rFonts w:ascii="仿宋_GB2312" w:hAnsi="仿宋_GB2312" w:eastAsia="仿宋_GB2312"/>
          <w:b w:val="0"/>
          <w:color w:val="000000"/>
          <w:sz w:val="32"/>
        </w:rPr>
        <w:t>· 父母代种鸡：180万套（来源：2024年）</w:t>
      </w:r>
    </w:p>
    <w:p>
      <w:pPr>
        <w:spacing w:lineRule="exact" w:line="600" w:before="0" w:after="0"/>
        <w:ind w:firstLine="420"/>
        <w:jc w:val="both"/>
      </w:pPr>
      <w:r>
        <w:rPr>
          <w:rFonts w:ascii="仿宋_GB2312" w:hAnsi="仿宋_GB2312" w:eastAsia="仿宋_GB2312"/>
          <w:b w:val="0"/>
          <w:color w:val="000000"/>
          <w:sz w:val="32"/>
        </w:rPr>
        <w:t>· 祥瀚年出栏：360万只（来源：2025年）</w:t>
      </w:r>
    </w:p>
    <w:p>
      <w:pPr>
        <w:spacing w:lineRule="exact" w:line="600" w:before="0" w:after="0"/>
        <w:ind w:firstLine="420"/>
        <w:jc w:val="both"/>
      </w:pPr>
      <w:r>
        <w:rPr>
          <w:rFonts w:ascii="仿宋_GB2312" w:hAnsi="仿宋_GB2312" w:eastAsia="仿宋_GB2312"/>
          <w:b w:val="0"/>
          <w:color w:val="000000"/>
          <w:sz w:val="32"/>
        </w:rPr>
        <w:t>· 孵化率提升：3个百分点（来源：2026年）</w:t>
      </w:r>
    </w:p>
    <w:p>
      <w:pPr>
        <w:spacing w:lineRule="exact" w:line="600" w:before="0" w:after="0"/>
        <w:ind w:firstLine="420"/>
        <w:jc w:val="both"/>
      </w:pPr>
      <w:r>
        <w:rPr>
          <w:rFonts w:ascii="仿宋_GB2312" w:hAnsi="仿宋_GB2312" w:eastAsia="仿宋_GB2312"/>
          <w:b w:val="0"/>
          <w:color w:val="000000"/>
          <w:sz w:val="32"/>
        </w:rPr>
        <w:t>· 饲料年加工：20万吨（来源：2024年）</w:t>
      </w:r>
    </w:p>
    <w:p>
      <w:pPr>
        <w:spacing w:lineRule="exact" w:line="600" w:before="0" w:after="0"/>
        <w:ind w:firstLine="420"/>
        <w:jc w:val="both"/>
      </w:pPr>
      <w:r>
        <w:rPr>
          <w:rFonts w:ascii="仿宋_GB2312" w:hAnsi="仿宋_GB2312" w:eastAsia="仿宋_GB2312"/>
          <w:b w:val="0"/>
          <w:color w:val="000000"/>
          <w:sz w:val="32"/>
        </w:rPr>
        <w:t>· 年增效益：900多万元（来源：2026年）</w:t>
      </w:r>
    </w:p>
    <w:p>
      <w:pPr>
        <w:spacing w:lineRule="exact" w:line="600" w:before="0" w:after="0"/>
        <w:ind w:firstLine="420"/>
        <w:jc w:val="both"/>
      </w:pPr>
      <w:r>
        <w:rPr>
          <w:rFonts w:ascii="仿宋_GB2312" w:hAnsi="仿宋_GB2312" w:eastAsia="仿宋_GB2312"/>
          <w:b w:val="0"/>
          <w:color w:val="000000"/>
          <w:sz w:val="32"/>
        </w:rPr>
        <w:t>· 速冻能力：1800吨/次（来源：2024年）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集群总面积75平方公里、涵盖养殖到终端销售（来源：2026年海报新闻）」与「政府搭建产学研合作平台、鼓励养殖技术合作（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兴县肉禽加工产业集群形成养殖屠宰深加工冷链全产业链（来源：2025年齐鲁网）。20世纪80年代末柳桥村以肉鸡屠宰加工为起点（来源：2026年海报新闻）。集群总面积75平方公里、涵盖养殖到终端销售（来源：2026年海报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县肉禽加工特色产业集群入选2025年度省特色产业集群（来源：2025年齐鲁网）。政府搭建产学研合作平台、鼓励养殖技术合作（来源：2025年齐鲁网）。组织专家定期指导、帮助解决养殖实际问题（来源：2025年齐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祥瀚农牧绿色养殖基地标准化鸡舍温湿通风智能化（来源：2025年齐鲁网）。博大集团养父母代种鸡180万套（来源：2024年博大农业官网）。饲料年加工能力20万吨支撑养殖（来源：2024年博大农业官网）。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集群总面积75平方公里、涵盖养殖到终端销售（来源：2026年海报新闻）」与「政府搭建产学研合作平台、鼓励养殖技术合作（来源：2025年齐鲁网）」等数据点清晰刻画了该维度的现实基础；集群总面积75平方公里、涵盖养殖到终端销售（来源：2026年海报新闻）；政府搭建产学研合作平台、鼓励养殖技术合作（来源：2025年齐鲁网）；组织专家定期指导、帮助解决养殖实际问题（来源：2025年齐鲁网）；博大集团养父母代种鸡180万套（来源：2024年博大农业官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集群总面积75平方公里、涵盖养殖到终端销售（来源：2026年海报新闻）」与「政府搭建产学研合作平台、鼓励养殖技术合作（来源：2025年齐鲁网）」等数据点清晰刻画了该维度的现实基础；集群总面积75平方公里、涵盖养殖到终端销售（来源：2026年海报新闻）；政府搭建产学研合作平台、鼓励养殖技术合作（来源：2025年齐鲁网）；组织专家定期指导、帮助解决养殖实际问题（来源：2025年齐鲁网）；博大集团养父母代种鸡180万套（来源：2024年博大农业官网）；饲料年加工能力20万吨支撑养殖（来源：2024年博大农业官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种苗孵化、规模养殖、配套保障」展开系统梳理，其中「2025年3月山东博大禽业2亿羽孵化中心投产、亚洲单体最大（来源：2026年海报新闻）」与「孵化中心每日可入孵种蛋60万枚、年出鸡苗2亿羽（来源：2026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种苗孵化</w:t>
      </w:r>
    </w:p>
    <w:p>
      <w:pPr>
        <w:spacing w:lineRule="exact" w:line="600" w:before="0" w:after="0"/>
        <w:ind w:firstLine="420"/>
        <w:jc w:val="both"/>
      </w:pPr>
      <w:r>
        <w:rPr>
          <w:rFonts w:ascii="仿宋_GB2312" w:hAnsi="仿宋_GB2312" w:eastAsia="仿宋_GB2312"/>
          <w:b w:val="0"/>
          <w:color w:val="000000"/>
          <w:sz w:val="32"/>
        </w:rPr>
        <w:t>2025年3月山东博大禽业2亿羽孵化中心投产、亚洲单体最大（来源：2026年海报新闻）。孵化中心每日可入孵种蛋60万枚、年出鸡苗2亿羽（来源：2026年海报新闻）。整合12座现代化父母代种禽场建设而成（来源：2026年海报新闻）。</w:t>
      </w:r>
    </w:p>
    <w:p>
      <w:pPr>
        <w:spacing w:lineRule="exact" w:line="600" w:before="120" w:after="120"/>
        <w:ind w:firstLine="420"/>
        <w:jc w:val="left"/>
      </w:pPr>
      <w:r>
        <w:rPr>
          <w:rFonts w:ascii="楷体_GB2312" w:hAnsi="楷体_GB2312" w:eastAsia="楷体_GB2312"/>
          <w:b w:val="0"/>
          <w:color w:val="000000"/>
          <w:sz w:val="32"/>
        </w:rPr>
        <w:t>规模养殖</w:t>
      </w:r>
    </w:p>
    <w:p>
      <w:pPr>
        <w:spacing w:lineRule="exact" w:line="600" w:before="0" w:after="0"/>
        <w:ind w:firstLine="420"/>
        <w:jc w:val="both"/>
      </w:pPr>
      <w:r>
        <w:rPr>
          <w:rFonts w:ascii="仿宋_GB2312" w:hAnsi="仿宋_GB2312" w:eastAsia="仿宋_GB2312"/>
          <w:b w:val="0"/>
          <w:color w:val="000000"/>
          <w:sz w:val="32"/>
        </w:rPr>
        <w:t>祥瀚农牧绿色养殖基地肉鸡年出栏量360万只（来源：2025年齐鲁网）。博大集团养父母代种鸡180万套、饲料年加工20万吨（来源：2024年博大农业官网）。柳桥村从屠宰向种鸡养殖饲料生产上下游延伸（来源：2026年海报新闻）。</w:t>
      </w:r>
    </w:p>
    <w:p>
      <w:pPr>
        <w:spacing w:lineRule="exact" w:line="600" w:before="120" w:after="120"/>
        <w:ind w:firstLine="420"/>
        <w:jc w:val="left"/>
      </w:pPr>
      <w:r>
        <w:rPr>
          <w:rFonts w:ascii="楷体_GB2312" w:hAnsi="楷体_GB2312" w:eastAsia="楷体_GB2312"/>
          <w:b w:val="0"/>
          <w:color w:val="000000"/>
          <w:sz w:val="32"/>
        </w:rPr>
        <w:t>配套保障</w:t>
      </w:r>
    </w:p>
    <w:p>
      <w:pPr>
        <w:spacing w:lineRule="exact" w:line="600" w:before="0" w:after="0"/>
        <w:ind w:firstLine="420"/>
        <w:jc w:val="both"/>
      </w:pPr>
      <w:r>
        <w:rPr>
          <w:rFonts w:ascii="仿宋_GB2312" w:hAnsi="仿宋_GB2312" w:eastAsia="仿宋_GB2312"/>
          <w:b w:val="0"/>
          <w:color w:val="000000"/>
          <w:sz w:val="32"/>
        </w:rPr>
        <w:t>孵化中心采用1拖3种蛋分选设备、每小时分选6.6万枚（来源：2026年海报新闻）。孵化器采用89台大箱体、单批次接苗50万羽（来源：2026年海报新闻）。博大集团速冻能力1800吨/次、冷藏储存能力8000吨（来源：2024年博大农业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种苗孵化、规模养殖、配套保障」展开系统梳理，其中「2025年3月山东博大禽业2亿羽孵化中心投产、亚洲单体最大（来源：2026年海报新闻）」与「孵化中心每日可入孵种蛋60万枚、年出鸡苗2亿羽（来源：2026年海报新闻）」等数据点清晰刻画了该维度的现实基础；2025年3月山东博大禽业2亿羽孵化中心投产、亚洲单体最大（来源：2026年海报新闻）；孵化中心每日可入孵种蛋60万枚、年出鸡苗2亿羽（来源：2026年海报新闻）；祥瀚农牧绿色养殖基地肉鸡年出栏量360万只（来源：2025年齐鲁网）；博大集团养父母代种鸡180万套、饲料年加工20万吨（来源：2024年博大农业官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种苗孵化、规模养殖、配套保障」展开系统梳理，其中「2025年3月山东博大禽业2亿羽孵化中心投产、亚洲单体最大（来源：2026年海报新闻）」与「孵化中心每日可入孵种蛋60万枚、年出鸡苗2亿羽（来源：2026年海报新闻）」等数据点清晰刻画了该维度的现实基础；2025年3月山东博大禽业2亿羽孵化中心投产、亚洲单体最大（来源：2026年海报新闻）；孵化中心每日可入孵种蛋60万枚、年出鸡苗2亿羽（来源：2026年海报新闻）；祥瀚农牧绿色养殖基地肉鸡年出栏量360万只（来源：2025年齐鲁网）；博大集团养父母代种鸡180万套、饲料年加工20万吨（来源：2024年博大农业官网）；孵化中心采用1拖3种蛋分选设备、每小时分选6.6万枚（来源：2026年海报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博大禽业孵化中心年孵化能力达2亿羽（来源：2026年海报新闻）」与「祥瀚农牧年出栏肉鸡360万只（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博大禽业孵化中心年孵化能力达2亿羽（来源：2026年海报新闻）。祥瀚农牧年出栏肉鸡360万只（来源：2025年齐鲁网）。博大集团年孵化鸡苗2亿只（来源：2024年博大农业官网）。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鸡苗供应支撑县域及跨区域肉鸡养殖（来源：2024年博大农业官网）。新盛日加工肉鸡100多万只带动种苗需求（来源：2024年中国质量月）。产业集群年屠宰加工肉禽超3.65亿只（来源：2025年齐鲁网）。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亚洲单体规模最大的孵化中心落子博兴柳桥村（来源：2026年海报新闻）。博大禽业依托中电科41所智慧孵化设备物联全自动化（来源：2026年海报新闻）。孵化率提升3个百分点、行业领先（来源：2026年海报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博大禽业孵化中心年孵化能力达2亿羽（来源：2026年海报新闻）」与「祥瀚农牧年出栏肉鸡360万只（来源：2025年齐鲁网）」等数据点清晰刻画了该维度的现实基础；博大禽业孵化中心年孵化能力达2亿羽（来源：2026年海报新闻）；祥瀚农牧年出栏肉鸡360万只（来源：2025年齐鲁网）；博大集团年孵化鸡苗2亿只（来源：2024年博大农业官网）；新盛日加工肉鸡100多万只带动种苗需求（来源：2024年中国质量月）。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柳桥村发源新盛博大等一众肉鸡屠宰加工企业（来源：2026年海报新闻）。集群以新盛、博大、隆泰等龙头企业为核心（来源：2025年齐鲁网）。博兴县肉禽加工特色产业集群入选省特色产业集群（来源：2025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博大禽业有限公司建设亚洲单体最大孵化中心（来源：2026年海报新闻）。山东博大农业发展集团成立于1989年、产业链完整（来源：2024年博大农业官网）。祥瀚农牧绿色养殖基地为标准化养殖代表（来源：2025年齐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盛食品为山东省标准化屠宰厂A类企业（来源：2024年中国质量月）。隆泰食品2025年评为省级农业产业化重点龙头企业（来源：2026年企查查）。博大集团为山东省农业产业化重点龙头企业（来源：2024年博大农业官网）。</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孵化效率、智能养殖」展开系统梳理，其中「采用1拖3种蛋分选设备、每小时分选种蛋6.6万枚（来源：2026年海报新闻）」与「孵化器采用89台大箱体、单箱容纳12万枚种蛋（来源：2026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孵化中心依托中电科第41所研发智慧孵化设备物联全自动化（来源：2026年海报新闻）。采用1拖3种蛋分选设备、每小时分选种蛋6.6万枚（来源：2026年海报新闻）。孵化器采用89台大箱体、单箱容纳12万枚种蛋（来源：2026年海报新闻）。</w:t>
      </w:r>
    </w:p>
    <w:p>
      <w:pPr>
        <w:spacing w:lineRule="exact" w:line="600" w:before="120" w:after="120"/>
        <w:ind w:firstLine="420"/>
        <w:jc w:val="left"/>
      </w:pPr>
      <w:r>
        <w:rPr>
          <w:rFonts w:ascii="楷体_GB2312" w:hAnsi="楷体_GB2312" w:eastAsia="楷体_GB2312"/>
          <w:b w:val="0"/>
          <w:color w:val="000000"/>
          <w:sz w:val="32"/>
        </w:rPr>
        <w:t>孵化效率</w:t>
      </w:r>
    </w:p>
    <w:p>
      <w:pPr>
        <w:spacing w:lineRule="exact" w:line="600" w:before="0" w:after="0"/>
        <w:ind w:firstLine="420"/>
        <w:jc w:val="both"/>
      </w:pPr>
      <w:r>
        <w:rPr>
          <w:rFonts w:ascii="仿宋_GB2312" w:hAnsi="仿宋_GB2312" w:eastAsia="仿宋_GB2312"/>
          <w:b w:val="0"/>
          <w:color w:val="000000"/>
          <w:sz w:val="32"/>
        </w:rPr>
        <w:t>新设备让整体孵化率提升3个百分点以上（来源：2026年海报新闻）。按年孵化1亿羽测算可多产出300万羽鸡苗（来源：2026年海报新闻）。每日可入孵种蛋60万枚、年出鸡苗2亿羽（来源：2026年海报新闻）。</w:t>
      </w:r>
    </w:p>
    <w:p>
      <w:pPr>
        <w:spacing w:lineRule="exact" w:line="600" w:before="120" w:after="120"/>
        <w:ind w:firstLine="420"/>
        <w:jc w:val="left"/>
      </w:pPr>
      <w:r>
        <w:rPr>
          <w:rFonts w:ascii="楷体_GB2312" w:hAnsi="楷体_GB2312" w:eastAsia="楷体_GB2312"/>
          <w:b w:val="0"/>
          <w:color w:val="000000"/>
          <w:sz w:val="32"/>
        </w:rPr>
        <w:t>智能养殖</w:t>
      </w:r>
    </w:p>
    <w:p>
      <w:pPr>
        <w:spacing w:lineRule="exact" w:line="600" w:before="0" w:after="0"/>
        <w:ind w:firstLine="420"/>
        <w:jc w:val="both"/>
      </w:pPr>
      <w:r>
        <w:rPr>
          <w:rFonts w:ascii="仿宋_GB2312" w:hAnsi="仿宋_GB2312" w:eastAsia="仿宋_GB2312"/>
          <w:b w:val="0"/>
          <w:color w:val="000000"/>
          <w:sz w:val="32"/>
        </w:rPr>
        <w:t>祥瀚农牧鸡舍温湿度通风全部智能化控制（来源：2025年齐鲁网）。智慧孵化设备物联全自动化车间整合12座种禽场（来源：2026年海报新闻）。政府帮扶组织专家定期指导提升养殖技术（来源：2025年齐鲁网）。</w:t>
      </w:r>
    </w:p>
    <w:p>
      <w:pPr>
        <w:spacing w:lineRule="exact" w:line="600" w:before="0" w:after="0"/>
        <w:ind w:firstLine="420"/>
        <w:jc w:val="both"/>
      </w:pPr>
      <w:r>
        <w:rPr>
          <w:rFonts w:ascii="仿宋_GB2312" w:hAnsi="仿宋_GB2312" w:eastAsia="仿宋_GB2312"/>
          <w:b w:val="0"/>
          <w:color w:val="000000"/>
          <w:sz w:val="32"/>
        </w:rPr>
        <w:t>据公开数据，孵化中心年孵化为2亿羽（来源：2026年）。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孵化效率、智能养殖」展开系统梳理，其中「采用1拖3种蛋分选设备、每小时分选种蛋6.6万枚（来源：2026年海报新闻）」与「孵化器采用89台大箱体、单箱容纳12万枚种蛋（来源：2026年海报新闻）」等数据点清晰刻画了该维度的现实基础；采用1拖3种蛋分选设备、每小时分选种蛋6.6万枚（来源：2026年海报新闻）；孵化器采用89台大箱体、单箱容纳12万枚种蛋（来源：2026年海报新闻）；新设备让整体孵化率提升3个百分点以上（来源：2026年海报新闻）；按年孵化1亿羽测算可多产出300万羽鸡苗（来源：2026年海报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博大集团总占地265万平米、饲料年加工20万吨（来源：2024年博大农业官网）」与「新设备孵化率提升3个百分点、每羽3元多增900万效益（来源：2026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亚洲单体最大孵化中心依托智慧孵化设备投资建设（来源：2026年海报新闻）。博大集团总占地265万平米、饲料年加工20万吨（来源：2024年博大农业官网）。祥瀚农牧绿色养殖基地标准化建设投入（来源：2025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新设备孵化率提升3个百分点、每羽3元多增900万效益（来源：2026年海报新闻）。自动化降低人工、提升生产效率（来源：2026年海报新闻）。政府帮扶降低养殖技术与成本风险（来源：2025年齐鲁网）。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按年孵化1亿羽多产300万羽、年增效益900多万元（来源：2026年海报新闻）。博大集团年加工鲜冻分割鸡55万吨盈利稳定（来源：2024年博大农业官网）。祥瀚农牧年出栏360万只、品质提升溢价（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博大集团总占地265万平米、饲料年加工20万吨（来源：2024年博大农业官网）」与「新设备孵化率提升3个百分点、每羽3元多增900万效益（来源：2026年海报新闻）」等数据点清晰刻画了该维度的现实基础；博大集团总占地265万平米、饲料年加工20万吨（来源：2024年博大农业官网）；新设备孵化率提升3个百分点、每羽3元多增900万效益（来源：2026年海报新闻）；自动化降低人工、提升生产效率（来源：2026年海报新闻）；按年孵化1亿羽多产300万羽、年增效益900多万元（来源：2026年海报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转型挑战」展开系统梳理，其中「白羽肉鸡产业向标准化规模化升级（来源：2025年齐鲁网）」与「传统小型孵化向大型自动化箱体升级需投入（来源：2026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鸡苗需求随肉鸡屠宰产能扩张持续增长（来源：2024年中国质量月）。孵化中心亚洲单体最大、辐射全国种苗市场（来源：2026年海报新闻）。白羽肉鸡产业向标准化规模化升级（来源：2025年齐鲁网）。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种蛋分选与孵化环境控制要求高（来源：2026年海报新闻）。养殖存活率受技术与环境波动影响（来源：2025年齐鲁网）。疫病防控是规模养殖核心风险（来源：2024年行业分析）。</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传统小型孵化向大型自动化箱体升级需投入（来源：2026年海报新闻）。养殖技术需专家指导避免走弯路（来源：2025年齐鲁网）。饲料成本波动影响养殖效益（来源：2024年行业分析）。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转型挑战」展开系统梳理，其中「白羽肉鸡产业向标准化规模化升级（来源：2025年齐鲁网）」与「传统小型孵化向大型自动化箱体升级需投入（来源：2026年海报新闻）」等数据点清晰刻画了该维度的现实基础；白羽肉鸡产业向标准化规模化升级（来源：2025年齐鲁网）；传统小型孵化向大型自动化箱体升级需投入（来源：2026年海报新闻）；养殖技术需专家指导避免走弯路（来源：2025年齐鲁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搭建产学研平台鼓励技术合作（来源：2025年齐鲁网）」与「实施智慧孵化设备物联全自动化升级（来源：2026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博兴县将肉禽加工作为特色产业集群重点培育（来源：2025年齐鲁网）。推动产业链向种苗养殖上下游延伸（来源：2025年齐鲁网）。政府搭建产学研平台鼓励技术合作（来源：2025年齐鲁网）。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建设亚洲单体最大孵化中心延链补链（来源：2026年海报新闻）。实施智慧孵化设备物联全自动化升级（来源：2026年海报新闻）。组织专家指导提升养殖技术（来源：2025年齐鲁网）。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优化营商环境简化行政审批（来源：2025年齐鲁网）。提供政策资金支持助力企业壮大（来源：2025年齐鲁网）。整合12座父母代种禽场协同建设（来源：2026年海报新闻）。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搭建产学研平台鼓励技术合作（来源：2025年齐鲁网）」与「实施智慧孵化设备物联全自动化升级（来源：2026年海报新闻）」等数据点清晰刻画了该维度的现实基础；政府搭建产学研平台鼓励技术合作（来源：2025年齐鲁网）；实施智慧孵化设备物联全自动化升级（来源：2026年海报新闻）；组织专家指导提升养殖技术（来源：2025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博大集团全产业链占地265万平米资金需求（来源：2024年博大农业官网）」与「冷链与饲料加工配套资金需求（来源：2024年博大农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亚洲单体最大孵化中心智慧设备投资需求（来源：2026年海报新闻）。博大集团全产业链占地265万平米资金需求（来源：2024年博大农业官网）。祥瀚农牧标准化养殖基地扩建需求（来源：2025年齐鲁网）。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智慧孵化设备物联全自动化车间持续投入（来源：2026年海报新闻）。养殖基地标准化智能化改造资金需求（来源：2025年齐鲁网）。冷链与饲料加工配套资金需求（来源：2024年博大农业官网）。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政府提供政策资金支持助力企业（来源：2025年齐鲁网）。争取农业产业化重点龙头企业扶持（来源：2026年企查查）。上下游紧密合作降低成本提升效益（来源：2025年齐鲁网）。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博大集团全产业链占地265万平米资金需求（来源：2024年博大农业官网）」与「冷链与饲料加工配套资金需求（来源：2024年博大农业官网）」等数据点清晰刻画了该维度的现实基础；博大集团全产业链占地265万平米资金需求（来源：2024年博大农业官网）；冷链与饲料加工配套资金需求（来源：2024年博大农业官网）；上下游紧密合作降低成本提升效益（来源：2025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鸡规模养殖与种苗孵化在滨州市博兴县依托区域产业基础与政策赋能，已形成以量化事实为支撑的发展格局。集群总面积75平方公里、涵盖养殖到终端销售（来源：2026年海报新闻）；政府搭建产学研合作平台、鼓励养殖技术合作（来源：2025年齐鲁网）；组织专家定期指导、帮助解决养殖实际问题（来源：2025年齐鲁网）；博大集团养父母代种鸡180万套（来源：2024年博大农业官网）；饲料年加工能力20万吨支撑养殖（来源：2024年博大农业官网）；2025年3月山东博大禽业2亿羽孵化中心投产、亚洲单体最大（来源：2026年海报新闻）；孵化中心每日可入孵种蛋60万枚、年出鸡苗2亿羽（来源：2026年海报新闻）；祥瀚农牧绿色养殖基地肉鸡年出栏量360万只（来源：2025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博大禽业有限公司建设的2亿羽孵化中心于2025年3月1日正式投产，是亚洲单体规模最大的孵化中心，位于博兴县湖滨镇柳桥村。项目依托中国电子科技集团第41所研发设计的智慧孵化设备物联全自动化车间，整合12座现代化父母代种禽场建设而成。孵化中心采用国内最先进的「1拖3」种蛋分选设备，每小时分选种蛋6.6万枚，孵化器采用89台大箱体，每日可入孵种蛋60万枚，年出鸡苗2亿羽，单批次接苗50万羽。新设备让整体孵化率提升3个百分点以上，按年孵化1亿羽测算可多产出300万羽鸡苗，以每羽3元市场价计算年增效益900多万元。</w:t>
      </w:r>
    </w:p>
    <w:p>
      <w:pPr>
        <w:spacing w:lineRule="exact" w:line="600" w:before="0" w:after="0"/>
        <w:ind w:firstLine="420"/>
        <w:jc w:val="both"/>
      </w:pPr>
      <w:r>
        <w:rPr>
          <w:rFonts w:ascii="仿宋_GB2312" w:hAnsi="仿宋_GB2312" w:eastAsia="仿宋_GB2312"/>
          <w:b w:val="0"/>
          <w:color w:val="000000"/>
          <w:sz w:val="32"/>
        </w:rPr>
        <w:t>祥瀚农牧绿色养殖基地是博兴县肉禽加工特色产业集群上游标准化养殖代表，在产业集群带动下销售渠道拓宽、养殖技术提升。基地标准化鸡舍内温度、湿度、通风全部实现智能化控制，目前肉鸡年出栏量达360万只。在政府帮扶下，专家定期到基地指导，帮助解决养殖实际问题，肉鸡存活率和品质显著提高。基地通过智能化、标准化养殖，为下游新盛、博大等屠宰加工企业提供稳定优质的毛鸡原料，是集群「养殖—屠宰—深加工—冷链」全产业链的重要一环。</w:t>
      </w:r>
    </w:p>
    <w:p>
      <w:pPr>
        <w:spacing w:lineRule="exact" w:line="600" w:before="0" w:after="0"/>
        <w:ind w:firstLine="420"/>
        <w:jc w:val="both"/>
      </w:pPr>
      <w:r>
        <w:rPr>
          <w:rFonts w:ascii="仿宋_GB2312" w:hAnsi="仿宋_GB2312" w:eastAsia="仿宋_GB2312"/>
          <w:b w:val="0"/>
          <w:color w:val="000000"/>
          <w:sz w:val="32"/>
        </w:rPr>
        <w:t>山东博大农业发展集团是博兴县肉禽加工全产业链的链主企业之一，成立于1989年，养父母代种鸡180万套，饲料年加工能力20万吨，年孵化鸡苗2亿只，日宰杀肉鸡65万只，年加工鲜冻分割鸡55万吨。集团从区域性经营转向跨区域经营，形成产供销一条龙的生产经营体系，构建了从种鸡到成品完整可溯源的食品安全体系。集团作为山东省农业产业化重点龙头企业，通过「公司+基地」模式带动周边农户参与肉鸡养殖，提升养殖标准化水平，是博兴县75平方公里肉禽加工特色产业集群的核心支撑。</w:t>
      </w:r>
    </w:p>
    <w:p>
      <w:pPr>
        <w:spacing w:lineRule="exact" w:line="600" w:before="0" w:after="0"/>
        <w:jc w:val="left"/>
      </w:pPr>
      <w:r>
        <w:rPr>
          <w:rFonts w:ascii="仿宋_GB2312" w:hAnsi="仿宋_GB2312" w:eastAsia="仿宋_GB2312"/>
          <w:b w:val="0"/>
          <w:color w:val="000000"/>
          <w:sz w:val="28"/>
        </w:rPr>
        <w:t>主要数据来源：海报新闻；齐鲁网闪电新闻；博大农业集团官网；中国质量月官网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