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工程机械底盘件与传动部件行业深度分析报告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工程机械底盘件与传动部件是济宁工程机械集群的核心配套环节，以山推股份自主配套与得信、艾迪等民营企业协同构成产业体系。山推股份拥有年产15万条履带总成、100万件四轮、8万台套液力变矩器、2万台套变速箱的制造能力，核心零部件国产化率达100%，依托山东重工黄金产业链共享潍柴动力总成、林德液压等资源。济宁高新区工程机械产业链企业121家、高端装备规上154家，本地配套率近70%，山推带动产业链400余家上下游企业。得信工程机械占地220亩、配备200余台精密设备，长期配套小松山推的底盘件、结构件、液压件；艾迪工程机械生产钢制与橡胶履带底盘总成。随着国家设备更新政策与济宁2025年千亿集群目标推进，底盘传动部件需求稳步增长，高端液压与电控部件国产化成为升级重点，产业向智能化、自主化加速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山推履带总成产能：15万条/年（来源：2024年）</w:t>
      </w:r>
    </w:p>
    <w:p>
      <w:pPr>
        <w:spacing w:lineRule="exact" w:line="600" w:before="0" w:after="0"/>
        <w:ind w:firstLine="420"/>
        <w:jc w:val="both"/>
      </w:pPr>
      <w:r>
        <w:rPr>
          <w:rFonts w:ascii="仿宋_GB2312" w:hAnsi="仿宋_GB2312" w:eastAsia="仿宋_GB2312"/>
          <w:b w:val="0"/>
          <w:color w:val="000000"/>
          <w:sz w:val="32"/>
        </w:rPr>
        <w:t>· 山推四轮产能：100万件/年（来源：2024年）</w:t>
      </w:r>
    </w:p>
    <w:p>
      <w:pPr>
        <w:spacing w:lineRule="exact" w:line="600" w:before="0" w:after="0"/>
        <w:ind w:firstLine="420"/>
        <w:jc w:val="both"/>
      </w:pPr>
      <w:r>
        <w:rPr>
          <w:rFonts w:ascii="仿宋_GB2312" w:hAnsi="仿宋_GB2312" w:eastAsia="仿宋_GB2312"/>
          <w:b w:val="0"/>
          <w:color w:val="000000"/>
          <w:sz w:val="32"/>
        </w:rPr>
        <w:t>· 山推变矩器产能：8万台套/年（来源：2024年）</w:t>
      </w:r>
    </w:p>
    <w:p>
      <w:pPr>
        <w:spacing w:lineRule="exact" w:line="600" w:before="0" w:after="0"/>
        <w:ind w:firstLine="420"/>
        <w:jc w:val="both"/>
      </w:pPr>
      <w:r>
        <w:rPr>
          <w:rFonts w:ascii="仿宋_GB2312" w:hAnsi="仿宋_GB2312" w:eastAsia="仿宋_GB2312"/>
          <w:b w:val="0"/>
          <w:color w:val="000000"/>
          <w:sz w:val="32"/>
        </w:rPr>
        <w:t>· 济宁高新区工程机械企业：121家（来源：2024年）</w:t>
      </w:r>
    </w:p>
    <w:p>
      <w:pPr>
        <w:spacing w:lineRule="exact" w:line="600" w:before="0" w:after="0"/>
        <w:ind w:firstLine="420"/>
        <w:jc w:val="both"/>
      </w:pPr>
      <w:r>
        <w:rPr>
          <w:rFonts w:ascii="仿宋_GB2312" w:hAnsi="仿宋_GB2312" w:eastAsia="仿宋_GB2312"/>
          <w:b w:val="0"/>
          <w:color w:val="000000"/>
          <w:sz w:val="32"/>
        </w:rPr>
        <w:t>· 本地配套率：近70%（来源：2025年）</w:t>
      </w:r>
    </w:p>
    <w:p>
      <w:pPr>
        <w:spacing w:lineRule="exact" w:line="600" w:before="0" w:after="0"/>
        <w:ind w:firstLine="420"/>
        <w:jc w:val="both"/>
      </w:pPr>
      <w:r>
        <w:rPr>
          <w:rFonts w:ascii="仿宋_GB2312" w:hAnsi="仿宋_GB2312" w:eastAsia="仿宋_GB2312"/>
          <w:b w:val="0"/>
          <w:color w:val="000000"/>
          <w:sz w:val="32"/>
        </w:rPr>
        <w:t>· 得信占地：220亩（来源：2023年）</w:t>
      </w:r>
    </w:p>
    <w:p>
      <w:pPr>
        <w:spacing w:lineRule="exact" w:line="600" w:before="0" w:after="0"/>
        <w:ind w:firstLine="420"/>
        <w:jc w:val="both"/>
      </w:pPr>
      <w:r>
        <w:rPr>
          <w:rFonts w:ascii="仿宋_GB2312" w:hAnsi="仿宋_GB2312" w:eastAsia="仿宋_GB2312"/>
          <w:b w:val="0"/>
          <w:color w:val="000000"/>
          <w:sz w:val="32"/>
        </w:rPr>
        <w:t>· 山推核心零部件国产化率：100%（来源：2026年）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济宁工程机械产业链企业121家、底盘件传动部件为关键配套（来源：2024年齐鲁晚报）」与「山推本地配套率近70%、底盘件传动件自主配套能力强（来源：2025年中宏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济宁工程机械产业链企业121家、底盘件传动部件为关键配套（来源：2024年齐鲁晚报）。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山推本地配套率近70%、底盘件传动件自主配套能力强（来源：2025年中宏网）。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任城区得信等配套企业服务小松山推等主机厂（来源：2023年得信资料）。</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济宁市规划2025年工程机械集群规上200家营收1000亿（来源：2024年齐鲁晚报）。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山推作为省产业链链主带动上下游配套发展（来源：2025年中宏网）。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国家设备更新政策利好底盘件等零部件需求（来源：2024年行业政策）。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济宁高新区高端装备规上154家、本地配套率近70%（来源：2024年齐鲁晚报）。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任城区集聚得信艾迪等底盘件与改装配套企业（来源：2023年企业资料）。</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山推带动产业链400余家上下游企业（来源：2024年山推ESG报告）。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济宁工程机械产业链企业121家、底盘件传动部件为关键配套（来源：2024年齐鲁晚报）」与「山推本地配套率近70%、底盘件传动件自主配套能力强（来源：2025年中宏网）」等数据点清晰刻画了该维度的现实基础；济宁工程机械产业链企业121家、底盘件传动部件为关键配套（来源：2024年齐鲁晚报）；山推本地配套率近70%、底盘件传动件自主配套能力强（来源：2025年中宏网）；任城区得信等配套企业服务小松山推等主机厂（来源：2023年得信资料）；济宁市规划2025年工程机械集群规上200家营收1000亿（来源：2024年齐鲁晚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上游原材料、上游原材料、中游制造、中游制造、中游制造、下游应用、下游应用、下游应用」展开系统梳理，其中「传动部件以齿轮、轴、液压元件为核心零件（来源：2024年山推年报）」与「山推自有年产15万条履带总成、100万件四轮、8万台套变矩器（来源：2024年山推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底盘件以钢板、锻件、轴承等为主要原料（来源：2024年山推年报）。</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传动部件以齿轮、轴、液压元件为核心零件（来源：2024年山推年报）。</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得信引进日本油研技术、工艺达国际先进水平（来源：2023年得信资料）。</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山推自有年产15万条履带总成、100万件四轮、8万台套变矩器（来源：2024年山推简介）。</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山推年产2万台套变速箱、底盘件传动部件配套齐全（来源：2024年山推简介）。</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得信主营小松日立卡特挖掘机底盘件结构件液压件（来源：2023年得信资料）。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底盘件传动件配套推土机挖掘机装载机等主机（来源：2024年山推年报）。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艾迪生产钢制橡胶履带底盘总成供改装与维修（来源：2023年艾迪资料）。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产品远销海外160多国、配套全球工程机械（来源：2024年山推简介）。</w:t>
      </w:r>
    </w:p>
    <w:p>
      <w:pPr>
        <w:spacing w:lineRule="exact" w:line="600" w:before="0" w:after="0"/>
        <w:ind w:firstLine="420"/>
        <w:jc w:val="both"/>
      </w:pPr>
      <w:r>
        <w:rPr>
          <w:rFonts w:ascii="仿宋_GB2312" w:hAnsi="仿宋_GB2312" w:eastAsia="仿宋_GB2312"/>
          <w:b w:val="0"/>
          <w:color w:val="000000"/>
          <w:sz w:val="32"/>
        </w:rPr>
        <w:t>据公开数据，山推履带总成产能为15万条/年（来源：2024年）。</w:t>
      </w:r>
    </w:p>
    <w:p>
      <w:pPr>
        <w:spacing w:lineRule="exact" w:line="600" w:before="0" w:after="0"/>
        <w:ind w:firstLine="420"/>
        <w:jc w:val="both"/>
      </w:pPr>
      <w:r>
        <w:rPr>
          <w:rFonts w:ascii="仿宋_GB2312" w:hAnsi="仿宋_GB2312" w:eastAsia="仿宋_GB2312"/>
          <w:b w:val="0"/>
          <w:color w:val="000000"/>
          <w:sz w:val="32"/>
        </w:rPr>
        <w:t>据公开数据，山推四轮产能为100万件/年（来源：2024年）。</w:t>
      </w:r>
    </w:p>
    <w:p>
      <w:pPr>
        <w:spacing w:lineRule="exact" w:line="600" w:before="0" w:after="0"/>
        <w:ind w:firstLine="420"/>
        <w:jc w:val="both"/>
      </w:pPr>
      <w:r>
        <w:rPr>
          <w:rFonts w:ascii="仿宋_GB2312" w:hAnsi="仿宋_GB2312" w:eastAsia="仿宋_GB2312"/>
          <w:b w:val="0"/>
          <w:color w:val="000000"/>
          <w:sz w:val="32"/>
        </w:rPr>
        <w:t>据公开数据，山推变矩器产能为8万台套/年（来源：2024年）。</w:t>
      </w:r>
    </w:p>
    <w:p>
      <w:pPr>
        <w:spacing w:lineRule="exact" w:line="600" w:before="0" w:after="0"/>
        <w:ind w:firstLine="420"/>
        <w:jc w:val="both"/>
      </w:pPr>
      <w:r>
        <w:rPr>
          <w:rFonts w:ascii="仿宋_GB2312" w:hAnsi="仿宋_GB2312" w:eastAsia="仿宋_GB2312"/>
          <w:b w:val="0"/>
          <w:color w:val="000000"/>
          <w:sz w:val="32"/>
        </w:rPr>
        <w:t>据公开数据，本地配套率为近70%（来源：2025年）。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上游原材料、上游原材料、中游制造、中游制造、中游制造、下游应用、下游应用、下游应用」展开系统梳理，其中「传动部件以齿轮、轴、液压元件为核心零件（来源：2024年山推年报）」与「山推自有年产15万条履带总成、100万件四轮、8万台套变矩器（来源：2024年山推简介）」等数据点清晰刻画了该维度的现实基础；传动部件以齿轮、轴、液压元件为核心零件（来源：2024年山推年报）；山推自有年产15万条履带总成、100万件四轮、8万台套变矩器（来源：2024年山推简介）；山推年产2万台套变速箱、底盘件传动部件配套齐全（来源：2024年山推简介）；得信主营小松日立卡特挖掘机底盘件结构件液压件（来源：2023年得信资料）。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山推年产15万条履带总成、100万件四轮、8万台套变矩器（来源：2024年山推简介）」与「得信占地220亩、200余台精密设备、职工500余人（来源：2023年得信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山推年产15万条履带总成、100万件四轮、8万台套变矩器（来源：2024年山推简介）。</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得信占地220亩、200余台精密设备、职工500余人（来源：2023年得信资料）。</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艾迪注册资本300万、生产多规格履带底盘总成（来源：2023年艾迪工商）。</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2024年山推销售主机1.9万台带动底盘传动件需求（来源：2024年山推年报）。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国内推土机市场容量7000多台、山推占超70%（来源：2024年齐鲁晚报）。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海外收入占比52.12%带动出口配套件需求（来源：2024年山推年报）。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山推底盘传动件自主配套、核心零部件国产化率100%（来源：2026年山东省发改委）。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得信为小松山推长期合作配套供应商（来源：2023年得信资料）。</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底盘件市场参与者众多、高端依赖主机厂配套体系（来源：2024年行业研究）。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山推年产15万条履带总成、100万件四轮、8万台套变矩器（来源：2024年山推简介）」与「得信占地220亩、200余台精密设备、职工500余人（来源：2023年得信资料）」等数据点清晰刻画了该维度的现实基础；山推年产15万条履带总成、100万件四轮、8万台套变矩器（来源：2024年山推简介）；得信占地220亩、200余台精密设备、职工500余人（来源：2023年得信资料）；艾迪注册资本300万、生产多规格履带底盘总成（来源：2023年艾迪工商）；2024年山推销售主机1.9万台带动底盘传动件需求（来源：2024年山推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济宁高新区工程机械产业链企业121家配套完善（来源：2024年齐鲁晚报）」与「山推带动产业链400余家上下游企业发展（来源：2024年山推ESG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济宁高新区工程机械产业链企业121家配套完善（来源：2024年齐鲁晚报）。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任城区得信艾迪等底盘件改装企业集聚（来源：2023年企业资料）。</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山推带动产业链400余家上下游企业发展（来源：2024年山推ESG报告）。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山推总资产158亿元、6个生产基地11条生产线（来源：2026年山东省发改委）。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得信工程机械1996年成立、占地220亩、职工500余人（来源：2023年得信资料）。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山推欧亚陀机械主营四轮及张紧装置、营收6.2亿元（来源：2024年山推年报）。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得信为国家二级企业、通过ISO质量体系认证（来源：2023年得信资料）。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山推拥有1300余项核心专利、参与制定23项标准（来源：2024年山推ESG报告）。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山推获国家级制造业单项冠军与唯一国家金质奖章（来源：2024年山推ESG报告）。</w:t>
      </w:r>
    </w:p>
    <w:p>
      <w:pPr>
        <w:spacing w:lineRule="exact" w:line="600" w:before="0" w:after="0"/>
        <w:ind w:firstLine="420"/>
        <w:jc w:val="both"/>
      </w:pPr>
      <w:r>
        <w:rPr>
          <w:rFonts w:ascii="仿宋_GB2312" w:hAnsi="仿宋_GB2312" w:eastAsia="仿宋_GB2312"/>
          <w:b w:val="0"/>
          <w:color w:val="000000"/>
          <w:sz w:val="32"/>
        </w:rPr>
        <w:t>据公开数据，济宁高新区工程机械企业为121家（来源：2024年）。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济宁高新区工程机械产业链企业121家配套完善（来源：2024年齐鲁晚报）」与「山推带动产业链400余家上下游企业发展（来源：2024年山推ESG报告）」等数据点清晰刻画了该维度的现实基础；济宁高新区工程机械产业链企业121家配套完善（来源：2024年齐鲁晚报）；山推带动产业链400余家上下游企业发展（来源：2024年山推ESG报告）；山推总资产158亿元、6个生产基地11条生产线（来源：2026年山东省发改委）；得信工程机械1996年成立、占地220亩、职工500余人（来源：2023年得信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研发投入、研发投入、研发投入」展开系统梳理，其中「山推核心零部件国产化率100%、攻克四轮一带关键技术（来源：2026年山东省发改委）」与「得信配备立式卧式数控加工中心、大型精密磨床200余台（来源：2023年得信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山推核心零部件国产化率100%、攻克四轮一带关键技术（来源：2026年山东省发改委）。</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得信引进日本油研技术、产品质量工艺达国际先进（来源：2023年得信资料）。</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山推完成电控变速箱关键技术研究并实现整机量产（来源：2024年山推年报）。</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得信配备立式卧式数控加工中心、大型精密磨床200余台（来源：2023年得信资料）。</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山推自主设计智能生产线与装配检测设备投产（来源：2024年山推简介）。</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山推5G智能工厂成熟、装配检测自动化（来源：2024年山推简介）。</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山推拥有国家级技术中心与智能控制传动实验室（来源：2024年山推年报）。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得信拥有产品研发中心与AutoCAD模拟设计中心（来源：2023年得信资料）。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山推拥有21项国家级科研成果、1300余项核心专利（来源：2024年山推ESG报告）。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研发投入、研发投入、研发投入」展开系统梳理，其中「山推核心零部件国产化率100%、攻克四轮一带关键技术（来源：2026年山东省发改委）」与「得信配备立式卧式数控加工中心、大型精密磨床200余台（来源：2023年得信资料）」等数据点清晰刻画了该维度的现实基础；山推核心零部件国产化率100%、攻克四轮一带关键技术（来源：2026年山东省发改委）；得信配备立式卧式数控加工中心、大型精密磨床200余台（来源：2023年得信资料）；山推拥有国家级技术中心与智能控制传动实验室（来源：2024年山推年报）；山推拥有21项国家级科研成果、1300余项核心专利（来源：2024年山推ESG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山推总资产158亿元、占地100多万平方米（来源：2026年山东省发改委）」与「得信占地220亩、标准化厂房2万平方米、设备200余台（来源：2023年得信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山推总资产158亿元、占地100多万平方米（来源：2026年山东省发改委）。</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得信占地220亩、标准化厂房2万平方米、设备200余台（来源：2023年得信资料）。</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艾迪注册资本300万元、属中小配套企业（来源：2023年艾迪工商）。</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底盘件成本以钢材锻件轴承为主、本地配套率近70%降本（来源：2025年中宏网）。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山推依托山东重工黄金产业链共享动力总成液压件（来源：2024年山推年报）。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用足设备更新政策降低配套企业技改成本（来源：2024年行业政策）。</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山推2024年归母净利润11.02亿元、同比增40.72%（来源：2024年山推年报）。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山推工程机械配件及其他收入31.45亿元（来源：2024年山推年报）。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山推欧亚陀机械营收6.24亿元、净利润2160万元（来源：2024年山推年报）。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山推总资产158亿元、占地100多万平方米（来源：2026年山东省发改委）」与「得信占地220亩、标准化厂房2万平方米、设备200余台（来源：2023年得信资料）」等数据点清晰刻画了该维度的现实基础；山推总资产158亿元、占地100多万平方米（来源：2026年山东省发改委）；得信占地220亩、标准化厂房2万平方米、设备200余台（来源：2023年得信资料）；艾迪注册资本300万元、属中小配套企业（来源：2023年艾迪工商）；底盘件成本以钢材锻件轴承为主、本地配套率近70%降本（来源：2025年中宏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技术风险、技术风险、技术风险、市场风险、市场风险、市场风险」展开系统梳理，其中「国家设备更新政策利好底盘传动等零部件替换需求（来源：2024年行业政策）」与「济宁规划2025年集群营收1000亿元带动配套增长（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国家设备更新政策利好底盘传动等零部件替换需求（来源：2024年行业政策）。</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济宁规划2025年集群营收1000亿元带动配套增长（来源：2024年齐鲁晚报）。</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海外收入占比超52%带动出口配套件需求（来源：2024年山推年报）。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高端液压与电控部件仍存在卡脖子风险（来源：2024年山推年报）。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大马力底盘与传动系统技术门槛高、研发周期长（来源：2024年山推年报）。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中小配套企业智能制造渗透率有待提升（来源：2023年得信资料）。</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钢材等原材料价格波动影响底盘件制造成本（来源：2025年行业分析）。</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主机厂压价传导、配套件毛利率承压（来源：2025年行业分析）。</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工程机械市场周期性波动影响配套订单（来源：2024年山推年报）。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技术风险、技术风险、技术风险、市场风险、市场风险、市场风险」展开系统梳理，其中「国家设备更新政策利好底盘传动等零部件替换需求（来源：2024年行业政策）」与「济宁规划2025年集群营收1000亿元带动配套增长（来源：2024年齐鲁晚报）」等数据点清晰刻画了该维度的现实基础；国家设备更新政策利好底盘传动等零部件替换需求（来源：2024年行业政策）；济宁规划2025年集群营收1000亿元带动配套增长（来源：2024年齐鲁晚报）；海外收入占比超52%带动出口配套件需求（来源：2024年山推年报）；高端液压与电控部件仍存在卡脖子风险（来源：2024年山推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数智转型、数智转型、数智转型、招商路径、招商路径、招商路径」展开系统梳理，其中「山推作为省产业链链主统筹底盘传动件配套布局（来源：2025年中宏网）」与「济宁市打造国家级先进制造业集群（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山推作为省产业链链主统筹底盘传动件配套布局（来源：2025年中宏网）。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依托山东重工集团整合变速箱变矩器四轮一带资源（来源：2024年山推年报）。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济宁市打造国家级先进制造业集群（来源：2024年齐鲁晚报）。</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山推5G智能工厂装配检测自动化提升一致性（来源：2024年山推简介）。</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得信配置数控加工中心与自动焊接提升精度（来源：2023年得信资料）。</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山推智慧工程大数据中心优化产品与决策（来源：2026年山东省发改委）。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山推带动400余家上下游配套企业集聚济宁（来源：2024年山推ESG报告）。</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本地配套率提升至近70%强化产业链韧性（来源：2025年中宏网）。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通过兼并整合补强传动与液压部件短板（来源：2024年山推年报）。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数智转型、数智转型、数智转型、招商路径、招商路径、招商路径」展开系统梳理，其中「山推作为省产业链链主统筹底盘传动件配套布局（来源：2025年中宏网）」与「济宁市打造国家级先进制造业集群（来源：2024年齐鲁晚报）」等数据点清晰刻画了该维度的现实基础；山推作为省产业链链主统筹底盘传动件配套布局（来源：2025年中宏网）；济宁市打造国家级先进制造业集群（来源：2024年齐鲁晚报）；山推5G智能工厂装配检测自动化提升一致性（来源：2024年山推简介）；得信配置数控加工中心与自动焊接提升精度（来源：2023年得信资料）。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山推德州公司数智化改造成本降30%销售额增15%（来源：2026年山东省发改委）」与「济宁规划2025年集群规上200家需持续投入（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山推拟发行H股推进全球化战略对接境外资本（来源：2025年腾讯新闻）。</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山推德州公司数智化改造成本降30%销售额增15%（来源：2026年山东省发改委）。</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济宁规划2025年集群规上200家需持续投入（来源：2024年齐鲁晚报）。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得信设备升级与产能扩张存在资金缺口（来源：2023年得信资料）。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艾迪等中小配套企业技改设备更新需资金（来源：2023年艾迪工商）。</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高端液压电控部件研发需持续高投入（来源：2024年山推年报）。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通过港股上市拓宽融资渠道（来源：2025年腾讯新闻）。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依托山东重工集团财务公司提供产业链金融（来源：2024年山推年报）。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用足设备更新与技改奖补政策支持（来源：2024年行业政策）。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山推德州公司数智化改造成本降30%销售额增15%（来源：2026年山东省发改委）」与「济宁规划2025年集群规上200家需持续投入（来源：2024年齐鲁晚报）」等数据点清晰刻画了该维度的现实基础；山推德州公司数智化改造成本降30%销售额增15%（来源：2026年山东省发改委）；济宁规划2025年集群规上200家需持续投入（来源：2024年齐鲁晚报）；得信设备升级与产能扩张存在资金缺口（来源：2023年得信资料）；艾迪等中小配套企业技改设备更新需资金（来源：2023年艾迪工商）。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底盘件与传动部件在济宁市任城区依托区域产业基础与政策赋能，已形成以量化事实为支撑的发展格局。济宁工程机械产业链企业121家、底盘件传动部件为关键配套（来源：2024年齐鲁晚报）；山推本地配套率近70%、底盘件传动件自主配套能力强（来源：2025年中宏网）；任城区得信等配套企业服务小松山推等主机厂（来源：2023年得信资料）；济宁市规划2025年工程机械集群规上200家营收1000亿（来源：2024年齐鲁晚报）；山推作为省产业链链主带动上下游配套发展（来源：2025年中宏网）；国家设备更新政策利好底盘件等零部件需求（来源：2024年行业政策）；济宁高新区高端装备规上154家、本地配套率近70%（来源：2024年齐鲁晚报）；任城区集聚得信艾迪等底盘件与改装配套企业（来源：2023年企业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推工程机械股份有限公司（底盘传动配套）：公司底盘件与传动部件配套能力突出，拥有年产15万条履带总成、100万件工程机械四轮、8万台套液力变矩器、2万台套变速箱的制造能力，核心零部件国产化率达100%。依托山东重工集团黄金产业链，实现与潍柴动力总成、林德液压、潍柴传控等资源的共享协同，全资子公司山推欧亚陀机械主营四轮及张紧装置，2024年营收6.24亿元。公司拥有国家级技术中心、智能控制实验室、传动实验室，完成电控变速箱关键技术研究并实现整机量产，为推土机、挖掘机等主机提供自主可控的底盘传动配套。</w:t>
      </w:r>
    </w:p>
    <w:p>
      <w:pPr>
        <w:spacing w:lineRule="exact" w:line="600" w:before="0" w:after="0"/>
        <w:ind w:firstLine="420"/>
        <w:jc w:val="both"/>
      </w:pPr>
      <w:r>
        <w:rPr>
          <w:rFonts w:ascii="仿宋_GB2312" w:hAnsi="仿宋_GB2312" w:eastAsia="仿宋_GB2312"/>
          <w:b w:val="0"/>
          <w:color w:val="000000"/>
          <w:sz w:val="32"/>
        </w:rPr>
        <w:t>山东得信工程机械有限公司：成立于1996年，位于济宁市任城开发区工业园，占地220亩，标准化厂房2万平方米，职工500余人，其中中高级专业技术人员300人，为国家二级企业、通过ISO质量体系认证。公司拥有立式卧式数控加工中心、大型精密磨床、自动焊接等设备200余台套，引进日本油研技术，长期与世界知名企业小松山推合作，主营小松、日立、卡特等挖掘机及山推、宣工等推土机的底盘件、结构件、液压件等全车配件，并承接液压系统翻新改造与特殊单个配件的设计制造，是区域重要的底盘传动部件配套供应商。</w:t>
      </w:r>
    </w:p>
    <w:p>
      <w:pPr>
        <w:spacing w:lineRule="exact" w:line="600" w:before="0" w:after="0"/>
        <w:ind w:firstLine="420"/>
        <w:jc w:val="both"/>
      </w:pPr>
      <w:r>
        <w:rPr>
          <w:rFonts w:ascii="仿宋_GB2312" w:hAnsi="仿宋_GB2312" w:eastAsia="仿宋_GB2312"/>
          <w:b w:val="0"/>
          <w:color w:val="000000"/>
          <w:sz w:val="32"/>
        </w:rPr>
        <w:t>济宁市艾迪工程机械有限公司：成立于2017年，注册资本300万元，注册于济宁市任城区，主营工程机械底盘、农业机械底盘、挖掘机属具、结构件的销售、改装与维修，具备特种设备安装改造修理许可及进出口资质。公司生产钢制履带底盘总成、橡胶履带底盘总成及大吨位非标定制底盘，规格覆盖1米×1米（3吨）至4米×5米（40吨）等多种型号，配套挖掘机属具与回转驱动底盘，为工程机械改装与底盘件流通维修市场提供灵活配套服务。</w:t>
      </w:r>
    </w:p>
    <w:p>
      <w:pPr>
        <w:spacing w:lineRule="exact" w:line="600" w:before="0" w:after="0"/>
        <w:jc w:val="left"/>
      </w:pPr>
      <w:r>
        <w:rPr>
          <w:rFonts w:ascii="仿宋_GB2312" w:hAnsi="仿宋_GB2312" w:eastAsia="仿宋_GB2312"/>
          <w:b w:val="0"/>
          <w:color w:val="000000"/>
          <w:sz w:val="28"/>
        </w:rPr>
        <w:t>主要数据来源：2024年山推年报；2024年山推简介；2023年得信资料；2023年艾迪工商；2025年中宏网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