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机械零部件加工与配套服务行业深度分析报告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泗水县机械零部件加工与配套服务依托机床附件产业基础发展，是高端装备产业链的重要支撑环节。全县机械加工及配套企业众多，与300余家机床附件企业形成协同，从业人数超1万人，2024年行业年产值随附件产业约20亿元。该领域以中小企业为主，具备为大型主机厂及光电、微电子、军工企业配套的能力，代表企业山东欣怡翔精密机械成立于2017年，注册资金3680万元、固定资产5000多万元，员工80余人，年产量达200万件套，2019年通过国军标武器装备质量管理体系认证，连续三年获配套企业优秀供应商，累计专利46项。泉林镇集聚加工企业260余家，双创产业园入驻工业企业超10家、规上4家，年产值超2.5亿元，机械加工正由单纯代工向高精度、军工级配套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加工及配套企业：300余家（来源：2024年）</w:t>
      </w:r>
    </w:p>
    <w:p>
      <w:pPr>
        <w:spacing w:lineRule="exact" w:line="600" w:before="0" w:after="0"/>
        <w:ind w:firstLine="420"/>
        <w:jc w:val="both"/>
      </w:pPr>
      <w:r>
        <w:rPr>
          <w:rFonts w:ascii="仿宋_GB2312" w:hAnsi="仿宋_GB2312" w:eastAsia="仿宋_GB2312"/>
          <w:b w:val="0"/>
          <w:color w:val="000000"/>
          <w:sz w:val="32"/>
        </w:rPr>
        <w:t>· 年产值：约20亿元（来源：2024年）</w:t>
      </w:r>
    </w:p>
    <w:p>
      <w:pPr>
        <w:spacing w:lineRule="exact" w:line="600" w:before="0" w:after="0"/>
        <w:ind w:firstLine="420"/>
        <w:jc w:val="both"/>
      </w:pPr>
      <w:r>
        <w:rPr>
          <w:rFonts w:ascii="仿宋_GB2312" w:hAnsi="仿宋_GB2312" w:eastAsia="仿宋_GB2312"/>
          <w:b w:val="0"/>
          <w:color w:val="000000"/>
          <w:sz w:val="32"/>
        </w:rPr>
        <w:t>· 从业人数：超1万人（来源：2024年）</w:t>
      </w:r>
    </w:p>
    <w:p>
      <w:pPr>
        <w:spacing w:lineRule="exact" w:line="600" w:before="0" w:after="0"/>
        <w:ind w:firstLine="420"/>
        <w:jc w:val="both"/>
      </w:pPr>
      <w:r>
        <w:rPr>
          <w:rFonts w:ascii="仿宋_GB2312" w:hAnsi="仿宋_GB2312" w:eastAsia="仿宋_GB2312"/>
          <w:b w:val="0"/>
          <w:color w:val="000000"/>
          <w:sz w:val="32"/>
        </w:rPr>
        <w:t>· 欣怡翔年产量：200万件套（来源：2023年）</w:t>
      </w:r>
    </w:p>
    <w:p>
      <w:pPr>
        <w:spacing w:lineRule="exact" w:line="600" w:before="0" w:after="0"/>
        <w:ind w:firstLine="420"/>
        <w:jc w:val="both"/>
      </w:pPr>
      <w:r>
        <w:rPr>
          <w:rFonts w:ascii="仿宋_GB2312" w:hAnsi="仿宋_GB2312" w:eastAsia="仿宋_GB2312"/>
          <w:b w:val="0"/>
          <w:color w:val="000000"/>
          <w:sz w:val="32"/>
        </w:rPr>
        <w:t>· 欣怡翔专利：46项（来源：2023年）</w:t>
      </w:r>
    </w:p>
    <w:p>
      <w:pPr>
        <w:spacing w:lineRule="exact" w:line="600" w:before="0" w:after="0"/>
        <w:ind w:firstLine="420"/>
        <w:jc w:val="both"/>
      </w:pPr>
      <w:r>
        <w:rPr>
          <w:rFonts w:ascii="仿宋_GB2312" w:hAnsi="仿宋_GB2312" w:eastAsia="仿宋_GB2312"/>
          <w:b w:val="0"/>
          <w:color w:val="000000"/>
          <w:sz w:val="32"/>
        </w:rPr>
        <w:t>· 泉林镇企业：260余家（来源：2026年）</w:t>
      </w:r>
    </w:p>
    <w:p>
      <w:pPr>
        <w:spacing w:lineRule="exact" w:line="600" w:before="0" w:after="0"/>
        <w:ind w:firstLine="420"/>
        <w:jc w:val="both"/>
      </w:pPr>
      <w:r>
        <w:rPr>
          <w:rFonts w:ascii="仿宋_GB2312" w:hAnsi="仿宋_GB2312" w:eastAsia="仿宋_GB2312"/>
          <w:b w:val="0"/>
          <w:color w:val="000000"/>
          <w:sz w:val="32"/>
        </w:rPr>
        <w:t>· 国家级专精特新小巨人：2家（来源：2024年）</w:t>
      </w:r>
    </w:p>
    <w:p>
      <w:pPr>
        <w:spacing w:lineRule="exact" w:line="600" w:before="0" w:after="0"/>
        <w:ind w:firstLine="420"/>
        <w:jc w:val="both"/>
      </w:pPr>
      <w:r>
        <w:rPr>
          <w:rFonts w:ascii="仿宋_GB2312" w:hAnsi="仿宋_GB2312" w:eastAsia="仿宋_GB2312"/>
          <w:b w:val="0"/>
          <w:color w:val="000000"/>
          <w:sz w:val="32"/>
        </w:rPr>
        <w:t>· 欣怡翔注册资金：3680万元（来源：2023年）</w:t>
      </w:r>
    </w:p>
    <w:p>
      <w:pPr>
        <w:spacing w:lineRule="exact" w:line="600" w:before="0" w:after="0"/>
        <w:ind w:firstLine="420"/>
        <w:jc w:val="both"/>
      </w:pPr>
      <w:r>
        <w:rPr>
          <w:rFonts w:ascii="仿宋_GB2312" w:hAnsi="仿宋_GB2312" w:eastAsia="仿宋_GB2312"/>
          <w:b w:val="0"/>
          <w:color w:val="000000"/>
          <w:sz w:val="32"/>
        </w:rPr>
        <w:t>· 双创产业园年产值：超2.5亿元（来源：2026年）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泗水县机械零部件加工业依托机床附件产业基础发展，形成配套能力（来源：2024年经济日报）」与「全县机械加工及配套企业众多，纳入高端装备产业链（来源：2024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泗水县机械零部件加工业依托机床附件产业基础发展，形成配套能力（来源：2024年经济日报）。全县机械加工及配套企业众多，纳入高端装备产业链（来源：2024年泗水县工信局）。泉林镇集聚机床附件及加工企业260余家（来源：2026年泉林镇实录）。</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泗水县支持机械零部件加工企业技改扩产（来源：2025年泗水县工信局）。累计争取超长期国债、技改补贴等5000余万元（来源：2025年泗水县工信局）。泉林镇双创产业园建研发楼支撑加工服务升级（来源：2026年泉林镇实录）。</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全县产业从业超1万人，技术工人800余人（来源：2024年经济日报）。欣怡翔等企业具备为大型厂家配套生产能力（来源：2023年欣怡翔资料）。泉林镇产业工人7000人保障加工产能（来源：2026年泉林镇实录）。</w:t>
      </w:r>
    </w:p>
    <w:p>
      <w:pPr>
        <w:spacing w:lineRule="exact" w:line="600" w:before="0" w:after="0"/>
        <w:ind w:firstLine="420"/>
        <w:jc w:val="both"/>
      </w:pPr>
      <w:r>
        <w:rPr>
          <w:rFonts w:ascii="仿宋_GB2312" w:hAnsi="仿宋_GB2312" w:eastAsia="仿宋_GB2312"/>
          <w:b w:val="0"/>
          <w:color w:val="000000"/>
          <w:sz w:val="32"/>
        </w:rPr>
        <w:t>据公开数据，年产值为约20亿元（来源：2024年）。</w:t>
      </w:r>
    </w:p>
    <w:p>
      <w:pPr>
        <w:spacing w:lineRule="exact" w:line="600" w:before="0" w:after="0"/>
        <w:ind w:firstLine="420"/>
        <w:jc w:val="both"/>
      </w:pPr>
      <w:r>
        <w:rPr>
          <w:rFonts w:ascii="仿宋_GB2312" w:hAnsi="仿宋_GB2312" w:eastAsia="仿宋_GB2312"/>
          <w:b w:val="0"/>
          <w:color w:val="000000"/>
          <w:sz w:val="32"/>
        </w:rPr>
        <w:t>据公开数据，双创产业园年产值为超2.5亿元（来源：2026年）。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泗水县机械零部件加工业依托机床附件产业基础发展，形成配套能力（来源：2024年经济日报）」与「全县机械加工及配套企业众多，纳入高端装备产业链（来源：2024年泗水县工信局）」等数据点清晰刻画了该维度的现实基础；泗水县机械零部件加工业依托机床附件产业基础发展，形成配套能力（来源：2024年经济日报）；全县机械加工及配套企业众多，纳入高端装备产业链（来源：2024年泗水县工信局）；泉林镇集聚机床附件及加工企业260余家（来源：2026年泉林镇实录）；累计争取超长期国债、技改补贴等5000余万元（来源：2025年泗水县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泉林镇外协配套商户聚集支撑小件加工（来源：2026年泉林镇实录）」与「欣怡翔精密机械年产量200万件套，批量或单件加工定做（来源：2023年欣怡翔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机械加工主料为钢材、铝材及合金，本地钢材市场可采购（来源：2025年祥特金属/洪鑫机械）。高端零部件采用轴承钢、钨钢等优质原料（来源：2025年洪鑫机械）。泉林镇外协配套商户聚集支撑小件加工（来源：2026年泉林镇实录）。</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欣怡翔精密机械年产量200万件套，批量或单件加工定做（来源：2023年欣怡翔资料）。总厂承接各种非标特制机床附件来图来样加工（来源：2024年总厂资料）。方达机械从事机电加工、机床附件及功能部件生产（来源：2025年方达机械）。</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零部件服务于汽车、光电、微电子、军工等领域（来源：2023年欣怡翔资料）。欣怡翔为北京太尔时代、大恒光电、青岛智腾配套（来源：2023年欣怡翔资料）。金拓精密从事机床附件制造销售及加工（来源：2019年金拓资料）。</w:t>
      </w:r>
    </w:p>
    <w:p>
      <w:pPr>
        <w:spacing w:lineRule="exact" w:line="600" w:before="0" w:after="0"/>
        <w:ind w:firstLine="420"/>
        <w:jc w:val="both"/>
      </w:pPr>
      <w:r>
        <w:rPr>
          <w:rFonts w:ascii="仿宋_GB2312" w:hAnsi="仿宋_GB2312" w:eastAsia="仿宋_GB2312"/>
          <w:b w:val="0"/>
          <w:color w:val="000000"/>
          <w:sz w:val="32"/>
        </w:rPr>
        <w:t>据公开数据，加工及配套企业为300余家（来源：2024年）。</w:t>
      </w:r>
    </w:p>
    <w:p>
      <w:pPr>
        <w:spacing w:lineRule="exact" w:line="600" w:before="0" w:after="0"/>
        <w:ind w:firstLine="420"/>
        <w:jc w:val="both"/>
      </w:pPr>
      <w:r>
        <w:rPr>
          <w:rFonts w:ascii="仿宋_GB2312" w:hAnsi="仿宋_GB2312" w:eastAsia="仿宋_GB2312"/>
          <w:b w:val="0"/>
          <w:color w:val="000000"/>
          <w:sz w:val="32"/>
        </w:rPr>
        <w:t>据公开数据，欣怡翔年产量为200万件套（来源：2023年）。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泉林镇外协配套商户聚集支撑小件加工（来源：2026年泉林镇实录）」与「欣怡翔精密机械年产量200万件套，批量或单件加工定做（来源：2023年欣怡翔资料）」等数据点清晰刻画了该维度的现实基础；泉林镇外协配套商户聚集支撑小件加工（来源：2026年泉林镇实录）；欣怡翔精密机械年产量200万件套，批量或单件加工定做（来源：2023年欣怡翔资料）；欣怡翔为北京太尔时代、大恒光电、青岛智腾配套（来源：2023年欣怡翔资料）；据公开数据，加工及配套企业为300余家（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欣怡翔员工80余人，年产量200万件套（来源：2023年欣怡翔资料）」与「全县机械加工年产值随附件产业达约20亿元（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欣怡翔员工80余人，年产量200万件套（来源：2023年欣怡翔资料）。全县机械加工年产值随附件产业达约20亿元（来源：2024年经济日报）。泉林镇双创产业园年产值超2.5亿元含加工企业（来源：2026年泉林镇实录）。</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制造业回暖带动精密机械零部件外包加工需求（来源：2025年行业研究）。光电、微电子行业精密件需求增长（来源：2023年欣怡翔资料）。军工及航空航天精密加工国产化需求上升（来源：2025年行业研究）。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泗水机械加工以中小企业为主，配套能力强（来源：2025年泗水县工信局）。欣怡翔连续三年获配套企业优秀供应商（来源：2023年欣怡翔资料）。高端精密加工仍面临长三角企业竞争（来源：2025年行业研究）。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欣怡翔员工80余人，年产量200万件套（来源：2023年欣怡翔资料）」与「全县机械加工年产值随附件产业达约20亿元（来源：2024年经济日报）」等数据点清晰刻画了该维度的现实基础；欣怡翔员工80余人，年产量200万件套（来源：2023年欣怡翔资料）；全县机械加工年产值随附件产业达约20亿元（来源：2024年经济日报）；泉林镇双创产业园年产值超2.5亿元含加工企业（来源：2026年泉林镇实录）；军工及航空航天精密加工国产化需求上升（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机床附件及加工企业300余家，规上超20家（来源：2024年经济日报）」与「泉林镇集聚企业260余家形成小镇（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全县机床附件及加工企业300余家，规上超20家（来源：2024年经济日报）。泉林镇集聚企业260余家形成小镇（来源：2026年泉林镇实录）。双创产业园入驻工业企业超10家含加工企业（来源：2026年泉林镇实录）。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欣怡翔精密机械2017年成立，注册资金3680万元（来源：2023年欣怡翔资料）。泗水机床附件总厂为龙头，技术工人800余人（来源：2024年总厂资料）。方达机械2005年成立，注册资本500万元（来源：2025年方达机械）。</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欣怡翔为2021年山东省专精特新中小企业（来源：2023年欣怡翔资料）。欣怡翔2019年高企、2021年科技型中小企业入库（来源：2023年欣怡翔资料）。集群拥有国家级小巨人2家、省级专精特新16家（来源：2024年经济日报）。</w:t>
      </w:r>
    </w:p>
    <w:p>
      <w:pPr>
        <w:spacing w:lineRule="exact" w:line="600" w:before="0" w:after="0"/>
        <w:ind w:firstLine="420"/>
        <w:jc w:val="both"/>
      </w:pPr>
      <w:r>
        <w:rPr>
          <w:rFonts w:ascii="仿宋_GB2312" w:hAnsi="仿宋_GB2312" w:eastAsia="仿宋_GB2312"/>
          <w:b w:val="0"/>
          <w:color w:val="000000"/>
          <w:sz w:val="32"/>
        </w:rPr>
        <w:t>据公开数据，加工及配套企业为300余家（来源：2024年）。</w:t>
      </w:r>
    </w:p>
    <w:p>
      <w:pPr>
        <w:spacing w:lineRule="exact" w:line="600" w:before="0" w:after="0"/>
        <w:ind w:firstLine="420"/>
        <w:jc w:val="both"/>
      </w:pPr>
      <w:r>
        <w:rPr>
          <w:rFonts w:ascii="仿宋_GB2312" w:hAnsi="仿宋_GB2312" w:eastAsia="仿宋_GB2312"/>
          <w:b w:val="0"/>
          <w:color w:val="000000"/>
          <w:sz w:val="32"/>
        </w:rPr>
        <w:t>据公开数据，从业人数为超1万人（来源：2024年）。</w:t>
      </w:r>
    </w:p>
    <w:p>
      <w:pPr>
        <w:spacing w:lineRule="exact" w:line="600" w:before="0" w:after="0"/>
        <w:ind w:firstLine="420"/>
        <w:jc w:val="both"/>
      </w:pPr>
      <w:r>
        <w:rPr>
          <w:rFonts w:ascii="仿宋_GB2312" w:hAnsi="仿宋_GB2312" w:eastAsia="仿宋_GB2312"/>
          <w:b w:val="0"/>
          <w:color w:val="000000"/>
          <w:sz w:val="32"/>
        </w:rPr>
        <w:t>据公开数据，泉林镇企业为260余家（来源：2026年）。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机床附件及加工企业300余家，规上超20家（来源：2024年经济日报）」与「泉林镇集聚企业260余家形成小镇（来源：2026年泉林镇实录）」等数据点清晰刻画了该维度的现实基础；全县机床附件及加工企业300余家，规上超20家（来源：2024年经济日报）；泉林镇集聚企业260余家形成小镇（来源：2026年泉林镇实录）；双创产业园入驻工业企业超10家含加工企业（来源：2026年泉林镇实录）；山东欣怡翔精密机械2017年成立，注册资金3680万元（来源：2023年欣怡翔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欣怡翔累计专利46项，发明专利10项、实用新型33项（来源：2023年欣怡翔资料）」与「欣怡翔获国家计算机软件著作权2项（来源：2023年欣怡翔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欣怡翔具备加工中心、数控车床、线切割等齐全工艺（来源：2023年欣怡翔资料）。欣怡翔2019年通过国军标武器装备质量管理体系认证（来源：2023年欣怡翔资料）。总厂掌握非标特制来图来样精密加工技术（来源：2024年总厂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欣怡翔累计专利46项，发明专利10项、实用新型33项（来源：2023年欣怡翔资料）。欣怡翔获国家计算机软件著作权2项（来源：2023年欣怡翔资料）。方达依托技术团队投入功能部件研发（来源：2025年方达机械）。</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泉林镇双创产业园建4栋研发楼面积约10万㎡（来源：2026年泉林镇实录）。欣怡翔获配套企业优秀供应商技术认可（来源：2023年欣怡翔资料）。企业普遍与高校产学研合作提升工艺（来源：2025年泗水县工信局）。</w:t>
      </w:r>
    </w:p>
    <w:p>
      <w:pPr>
        <w:spacing w:lineRule="exact" w:line="600" w:before="0" w:after="0"/>
        <w:ind w:firstLine="420"/>
        <w:jc w:val="both"/>
      </w:pPr>
      <w:r>
        <w:rPr>
          <w:rFonts w:ascii="仿宋_GB2312" w:hAnsi="仿宋_GB2312" w:eastAsia="仿宋_GB2312"/>
          <w:b w:val="0"/>
          <w:color w:val="000000"/>
          <w:sz w:val="32"/>
        </w:rPr>
        <w:t>据公开数据，欣怡翔专利为46项（来源：2023年）。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欣怡翔累计专利46项，发明专利10项、实用新型33项（来源：2023年欣怡翔资料）」与「欣怡翔获国家计算机软件著作权2项（来源：2023年欣怡翔资料）」等数据点清晰刻画了该维度的现实基础；欣怡翔累计专利46项，发明专利10项、实用新型33项（来源：2023年欣怡翔资料）；欣怡翔获国家计算机软件著作权2项（来源：2023年欣怡翔资料）；泉林镇双创产业园建4栋研发楼面积约10万㎡（来源：2026年泉林镇实录）；欣怡翔获配套企业优秀供应商技术认可（来源：2023年欣怡翔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欣怡翔固定资产5000多万元，注册资金3680万元（来源：2023年欣怡翔资料）」与「累计争取超长期国债、技改补贴5000余万元（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欣怡翔固定资产5000多万元，注册资金3680万元（来源：2023年欣怡翔资料）。累计争取超长期国债、技改补贴5000余万元（来源：2025年泗水县工信局）。总厂固定资产约9000万元支撑加工产能（来源：2024年总厂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主要原料就近采购物流成本低（来源：2025年洪鑫机械）。泉林镇产业工人7000人人力成本具优势（来源：2026年泉林镇实录）。园区用能及厂房成本低于长三角（来源：2025年泗水县工信局）。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欣怡翔年产量200万件套，配套毛利率较稳定（来源：2023年欣怡翔资料）。山大山钻夹头年产值约400万元（来源：2025年山大山资料）。倍斯特订单额突破2000万元（来源：2025年倍斯特资料）。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欣怡翔固定资产5000多万元，注册资金3680万元（来源：2023年欣怡翔资料）」与「累计争取超长期国债、技改补贴5000余万元（来源：2025年泗水县工信局）」等数据点清晰刻画了该维度的现实基础；欣怡翔固定资产5000多万元，注册资金3680万元（来源：2023年欣怡翔资料）；累计争取超长期国债、技改补贴5000余万元（来源：2025年泗水县工信局）；总厂固定资产约9000万元支撑加工产能（来源：2024年总厂资料）；泉林镇产业工人7000人人力成本具优势（来源：2026年泉林镇实录）。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军工及航空航天精密加工国产化需求上升（来源：2025年行业研究）」与「光电微电子精密件国产配套空间大（来源：2023年欣怡翔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军工及航空航天精密加工国产化需求上升（来源：2025年行业研究）。光电微电子精密件国产配套空间大（来源：2023年欣怡翔资料）。工业母机自主可控利好本土加工配套（来源：2025年工信部规划）。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高端精密加工在一致性、良率上仍落后（来源：2024年行业分析）。高技能技工短缺制约产能与品质（来源：2025年泗水县工信局）。中小企业研发投入偏低（来源：2025年行业研究）。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钢材铝材等原料受大宗波动（来源：2025年行业研究）。加工费同质化竞争价格承压（来源：2025年泗水县工信局）。外贸配套受汇率物流影响（来源：2024年方达机械）。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军工及航空航天精密加工国产化需求上升（来源：2025年行业研究）」与「光电微电子精密件国产配套空间大（来源：2023年欣怡翔资料）」等数据点清晰刻画了该维度的现实基础；军工及航空航天精密加工国产化需求上升（来源：2025年行业研究）；光电微电子精密件国产配套空间大（来源：2023年欣怡翔资料）；工业母机自主可控利好本土加工配套（来源：2025年工信部规划）；外贸配套受汇率物流影响（来源：2024年方达机械）。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支持建设研发平台争创单项冠军（来源：2025年泗水县工信局）」与「引导本土企业协同配套降本（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泗水县将机械加工纳入高端装备产业链培育（来源：2024年泗水县工信局）。设专班推进特色小镇建设（来源：2026年泉林镇实录）。以商招商补齐加工短板（来源：2025年泗水县工信局）。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实施专精特新培育推动数字化转型（来源：2025年泗水县工信局）。推动老厂区数字化车间改造（来源：2024年总厂资料）。支持建设研发平台争创单项冠军（来源：2025年泗水县工信局）。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依托双创产业园链式招商（来源：2026年泉林镇实录）。推动企业抱团参展拓展客户（来源：2025年泉林镇实录）。引导本土企业协同配套降本（来源：2025年泗水县工信局）。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支持建设研发平台争创单项冠军（来源：2025年泗水县工信局）」与「引导本土企业协同配套降本（来源：2025年泗水县工信局）」等数据点清晰刻画了该维度的现实基础；支持建设研发平台争创单项冠军（来源：2025年泗水县工信局）；引导本土企业协同配套降本（来源：2025年泗水县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累计争取超长期国债、技改补贴5000余万元（来源：2025年泗水县工信局）」与「高端加工产线升级单条投入数千万元（来源：2025年行业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累计争取超长期国债、技改补贴5000余万元（来源：2025年泗水县工信局）。双创产业园建设需持续资金（来源：2026年泉林镇实录）。企业设备更新存较大资金需求（来源：2025年泗水县工信局）。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高端加工产线升级单条投入数千万元（来源：2025年行业测算）。精密检测设备需专项研发资金（来源：2025年行业研究）。专精特新企业股权融资需求上升（来源：2025年泗水县工信局）。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政策性资金组合支持（来源：2025年泗水县工信局）。鼓励银行授信与供应链金融（来源：2025年泗水县工信局）。引导产业基金参与股权融资并购（来源：2025年泗水县工信局）。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累计争取超长期国债、技改补贴5000余万元（来源：2025年泗水县工信局）」与「高端加工产线升级单条投入数千万元（来源：2025年行业测算）」等数据点清晰刻画了该维度的现实基础；累计争取超长期国债、技改补贴5000余万元（来源：2025年泗水县工信局）；高端加工产线升级单条投入数千万元（来源：2025年行业测算）；精密检测设备需专项研发资金（来源：2025年行业研究）；专精特新企业股权融资需求上升（来源：2025年泗水县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机械零部件加工与配套服务在济宁市泗水县依托区域产业基础与政策赋能，已形成以量化事实为支撑的发展格局。泗水县机械零部件加工业依托机床附件产业基础发展，形成配套能力（来源：2024年经济日报）；全县机械加工及配套企业众多，纳入高端装备产业链（来源：2024年泗水县工信局）；泉林镇集聚机床附件及加工企业260余家（来源：2026年泉林镇实录）；累计争取超长期国债、技改补贴等5000余万元（来源：2025年泗水县工信局）；泉林镇双创产业园建研发楼支撑加工服务升级（来源：2026年泉林镇实录）；全县产业从业超1万人，技术工人800余人（来源：2024年经济日报）；欣怡翔等企业具备为大型厂家配套生产能力（来源：2023年欣怡翔资料）；泉林镇产业工人7000人保障加工产能（来源：2026年泉林镇实录）。</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欣怡翔精密机械制造有限公司成立于2017年2月，由孙建个人独资创办，注册资金3680万元，固定资产5000多万元，位于泗水县金庄镇卞庄创业园。公司员工80余人，其中高级技术人员10人、专业技术人员20多人，主要生产加工各种精密机械零部件及非标产品，从事各种材质批量或单件加工定做，年产量200万件套，已具备为大型厂家配套生产能力。公司为主导产品北京太尔时代、北京大恒光电、青岛智腾微电子等知名企业配套，连续三年被配套产品定点供应商评为优秀供应商，2019年通过国军标武器装备质量管理体系认证，2021年认定为山东省专精特新中小企业，累计申请专利46项、软件著作权2项，在山东省乃至北方技术领先。</w:t>
      </w:r>
    </w:p>
    <w:p>
      <w:pPr>
        <w:spacing w:lineRule="exact" w:line="600" w:before="0" w:after="0"/>
        <w:ind w:firstLine="420"/>
        <w:jc w:val="both"/>
      </w:pPr>
      <w:r>
        <w:rPr>
          <w:rFonts w:ascii="仿宋_GB2312" w:hAnsi="仿宋_GB2312" w:eastAsia="仿宋_GB2312"/>
          <w:b w:val="0"/>
          <w:color w:val="000000"/>
          <w:sz w:val="32"/>
        </w:rPr>
        <w:t>山东省泗水机床附件总厂是行业龙头制造企业，前身为1963年始建的国有山东机床附件总厂精加工车间，现为民营股份制。企业固定资产约9000万元，占地500余亩、建筑面积约4.37万㎡，下辖6大分厂，拥有精密数控加工机床290台套、传统机床560台套，技术工人800余人、技师28人、质检30余人，除生产标准机床附件外，还承接各种非标特制机床附件及配件的来图来样加工和定做，是泗水机械零部件加工与配套服务的重要产能底座，技术成熟可靠、在北方具备较强配套竞争力。</w:t>
      </w:r>
    </w:p>
    <w:p>
      <w:pPr>
        <w:spacing w:lineRule="exact" w:line="600" w:before="0" w:after="0"/>
        <w:ind w:firstLine="420"/>
        <w:jc w:val="both"/>
      </w:pPr>
      <w:r>
        <w:rPr>
          <w:rFonts w:ascii="仿宋_GB2312" w:hAnsi="仿宋_GB2312" w:eastAsia="仿宋_GB2312"/>
          <w:b w:val="0"/>
          <w:color w:val="000000"/>
          <w:sz w:val="32"/>
        </w:rPr>
        <w:t>山东方达机械有限公司成立于2005年，注册资本500万元，位于泗水县经济开发区，是2023年国家级高新技术企业、2025年省级创新型中小企业，参保50人。公司主营机床制造、机床附件、机械工具、机电加工、微型电机制造等，拥有现代化精密加工设备与高精密检测仪器，产品包括数控机床主轴单元、机床主轴、丝杠、数控刀柄及夹具等，销往全国各地及欧美亚非等国家和地区，依托资深技术团队在转速范围、回转精度等关键参数上满足航空航天、新能源汽车等行业严苛要求，是本土机械零部件加工与功能部件协同配套的骨干企业。</w:t>
      </w:r>
    </w:p>
    <w:p>
      <w:pPr>
        <w:spacing w:lineRule="exact" w:line="600" w:before="0" w:after="0"/>
        <w:jc w:val="left"/>
      </w:pPr>
      <w:r>
        <w:rPr>
          <w:rFonts w:ascii="仿宋_GB2312" w:hAnsi="仿宋_GB2312" w:eastAsia="仿宋_GB2312"/>
          <w:b w:val="0"/>
          <w:color w:val="000000"/>
          <w:sz w:val="28"/>
        </w:rPr>
        <w:t>主要数据来源：2024年经济日报；2023年欣怡翔资料；2024年泗水机床附件总厂；2025年方达机械；2026年泉林镇实录；2025年泗水县工信局访谈；2019年金拓资料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