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互感器与电力检测装备行业深度分析报告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泰安市岱岳区（含泰安高新区）是泰开集团总部所在地，依托输变电装备产业基础，形成了以互感器、智能计量仪表、电力检测装备为特色的产业集群。泰开互感器有限公司成立于2003年，注册资本2亿元、参保435人，主营各类互感器、传感器、避雷器、试验设备、高低压计量箱，是国家电网、南方电网及五大发电集团的主流供应商。岱岳区还集聚了万力仪表、一开电气、岳翔电子等仪表检测企业，其中万力仪表2013年成立、注册资本5100万元，专业研发生产物联网智能水表、电表、燃气表、热量表，年生产能力200多万户。泰开检测2018年成立、注册资本5000万元，提供电力设备检验检测校准服务。随着国网2024年电网投资超6000亿元及新能源并网加速，互感器与检测装备需求持续旺盛，国产替代空间广阔。</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泰开互感器注册资本：2亿元（来源：2023年）</w:t>
      </w:r>
    </w:p>
    <w:p>
      <w:pPr>
        <w:spacing w:lineRule="exact" w:line="600" w:before="0" w:after="0"/>
        <w:ind w:firstLine="420"/>
        <w:jc w:val="both"/>
      </w:pPr>
      <w:r>
        <w:rPr>
          <w:rFonts w:ascii="仿宋_GB2312" w:hAnsi="仿宋_GB2312" w:eastAsia="仿宋_GB2312"/>
          <w:b w:val="0"/>
          <w:color w:val="000000"/>
          <w:sz w:val="32"/>
        </w:rPr>
        <w:t>· 泰开互感器参保：435人（来源：2023年）</w:t>
      </w:r>
    </w:p>
    <w:p>
      <w:pPr>
        <w:spacing w:lineRule="exact" w:line="600" w:before="0" w:after="0"/>
        <w:ind w:firstLine="420"/>
        <w:jc w:val="both"/>
      </w:pPr>
      <w:r>
        <w:rPr>
          <w:rFonts w:ascii="仿宋_GB2312" w:hAnsi="仿宋_GB2312" w:eastAsia="仿宋_GB2312"/>
          <w:b w:val="0"/>
          <w:color w:val="000000"/>
          <w:sz w:val="32"/>
        </w:rPr>
        <w:t>· 泰开检测注册资本：5000万元（来源：2018年）</w:t>
      </w:r>
    </w:p>
    <w:p>
      <w:pPr>
        <w:spacing w:lineRule="exact" w:line="600" w:before="0" w:after="0"/>
        <w:ind w:firstLine="420"/>
        <w:jc w:val="both"/>
      </w:pPr>
      <w:r>
        <w:rPr>
          <w:rFonts w:ascii="仿宋_GB2312" w:hAnsi="仿宋_GB2312" w:eastAsia="仿宋_GB2312"/>
          <w:b w:val="0"/>
          <w:color w:val="000000"/>
          <w:sz w:val="32"/>
        </w:rPr>
        <w:t>· 万力仪表年产能：200多万户（来源：2023年）</w:t>
      </w:r>
    </w:p>
    <w:p>
      <w:pPr>
        <w:spacing w:lineRule="exact" w:line="600" w:before="0" w:after="0"/>
        <w:ind w:firstLine="420"/>
        <w:jc w:val="both"/>
      </w:pPr>
      <w:r>
        <w:rPr>
          <w:rFonts w:ascii="仿宋_GB2312" w:hAnsi="仿宋_GB2312" w:eastAsia="仿宋_GB2312"/>
          <w:b w:val="0"/>
          <w:color w:val="000000"/>
          <w:sz w:val="32"/>
        </w:rPr>
        <w:t>· 万力仪表注册资本：5100万元（来源：2013年）</w:t>
      </w:r>
    </w:p>
    <w:p>
      <w:pPr>
        <w:spacing w:lineRule="exact" w:line="600" w:before="0" w:after="0"/>
        <w:ind w:firstLine="420"/>
        <w:jc w:val="both"/>
      </w:pPr>
      <w:r>
        <w:rPr>
          <w:rFonts w:ascii="仿宋_GB2312" w:hAnsi="仿宋_GB2312" w:eastAsia="仿宋_GB2312"/>
          <w:b w:val="0"/>
          <w:color w:val="000000"/>
          <w:sz w:val="32"/>
        </w:rPr>
        <w:t>· 国网电网投资：超6000亿元（来源：2024年）</w:t>
      </w:r>
    </w:p>
    <w:p>
      <w:pPr>
        <w:spacing w:lineRule="exact" w:line="600" w:before="0" w:after="0"/>
        <w:ind w:firstLine="420"/>
        <w:jc w:val="both"/>
      </w:pPr>
      <w:r>
        <w:rPr>
          <w:rFonts w:ascii="仿宋_GB2312" w:hAnsi="仿宋_GB2312" w:eastAsia="仿宋_GB2312"/>
          <w:b w:val="0"/>
          <w:color w:val="000000"/>
          <w:sz w:val="32"/>
        </w:rPr>
        <w:t>· 岱岳区仪表企业：数十家（来源：2024年）</w:t>
      </w:r>
    </w:p>
    <w:p>
      <w:pPr>
        <w:spacing w:lineRule="exact" w:line="600" w:before="0" w:after="0"/>
        <w:ind w:firstLine="420"/>
        <w:jc w:val="both"/>
      </w:pPr>
      <w:r>
        <w:rPr>
          <w:rFonts w:ascii="仿宋_GB2312" w:hAnsi="仿宋_GB2312" w:eastAsia="仿宋_GB2312"/>
          <w:b w:val="0"/>
          <w:color w:val="000000"/>
          <w:sz w:val="32"/>
        </w:rPr>
        <w:t>· 万力仪表新厂区：30余亩（来源：2023年）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泰开互感器有限公司成立于2003年，注册资本2亿元，深耕互感器领域二十余年（来源：2023年天眼查）」与「岱岳区集聚万力仪表、一开电气、岳翔电子等仪表检测企业（来源：2024年jobui排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泰安市岱岳区（含泰安高新区）是泰开集团总部所在地，形成电力装备产业集群（来源：2025年泰安市工信局）。泰开互感器有限公司成立于2003年，注册资本2亿元，深耕互感器领域二十余年（来源：2023年天眼查）。岱岳区集聚万力仪表、一开电气、岳翔电子等仪表检测企业（来源：2024年jobui排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泰安市将输变电装备列为优势产业链重点培育（来源：2024年泰安市工信局）。泰开检测2018年成立，获电力设施承装修试许可，支撑检测服务（来源：2018年泰开检测资料）。岱岳区对电力装备企业给予研发与技改政策支持（来源：2025年岱岳区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泰开互感器参保435人，具备规模化研发制造能力（来源：2023年天眼查）。万力仪表新厂区占地30余亩，标准化车间3万多㎡（来源：2023年万力仪表）。岱岳区地处泰安高新区，交通与产业配套完善（来源：2025年泰安市规划）。</w:t>
      </w:r>
    </w:p>
    <w:p>
      <w:pPr>
        <w:spacing w:lineRule="exact" w:line="600" w:before="0" w:after="0"/>
        <w:ind w:firstLine="420"/>
        <w:jc w:val="both"/>
      </w:pPr>
      <w:r>
        <w:rPr>
          <w:rFonts w:ascii="仿宋_GB2312" w:hAnsi="仿宋_GB2312" w:eastAsia="仿宋_GB2312"/>
          <w:b w:val="0"/>
          <w:color w:val="000000"/>
          <w:sz w:val="32"/>
        </w:rPr>
        <w:t>据公开数据，国网电网投资为超6000亿元（来源：2024年）。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泰开互感器有限公司成立于2003年，注册资本2亿元，深耕互感器领域二十余年（来源：2023年天眼查）」与「岱岳区集聚万力仪表、一开电气、岳翔电子等仪表检测企业（来源：2024年jobui排名）」等数据点清晰刻画了该维度的现实基础；泰开互感器有限公司成立于2003年，注册资本2亿元，深耕互感器领域二十余年（来源：2023年天眼查）；岱岳区集聚万力仪表、一开电气、岳翔电子等仪表检测企业（来源：2024年jobui排名）；泰开互感器参保435人，具备规模化研发制造能力（来源：2023年天眼查）；万力仪表新厂区占地30余亩，标准化车间3万多㎡（来源：2023年万力仪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泰开互感器具备电缆附件、复合绝缘子、套管等零部件自主配套（来源：2023年天眼查）」与「万力仪表原料含电子元器件、壳体等，依托长三角配套（来源：2023年万力仪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互感器上游为硅钢、绝缘材料、环氧树脂等，本地供应链成熟（来源：2025年行业研究）。泰开互感器具备电缆附件、复合绝缘子、套管等零部件自主配套（来源：2023年天眼查）。万力仪表原料含电子元器件、壳体等，依托长三角配套（来源：2023年万力仪表）。</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开互感器主营各类互感器、传感器、避雷器、试验设备、高低压计量箱（来源：2023年天眼查）。万力仪表专业研发生产智能水表、电表、燃气表、热量表（来源：2023年万力仪表）。泰开检测从事电力设备、安全工器具检验检测校准（来源：2018年泰开检测）。</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主要服务国家电网、南方电网及五大发电集团（来源：2023年天眼查）。万力仪表产品覆盖物联网智能计量，年产能200多万户（来源：2023年万力仪表）。检测服务面向电力工程施工与运维单位（来源：2018年泰开检测）。</w:t>
      </w:r>
    </w:p>
    <w:p>
      <w:pPr>
        <w:spacing w:lineRule="exact" w:line="600" w:before="0" w:after="0"/>
        <w:ind w:firstLine="420"/>
        <w:jc w:val="both"/>
      </w:pPr>
      <w:r>
        <w:rPr>
          <w:rFonts w:ascii="仿宋_GB2312" w:hAnsi="仿宋_GB2312" w:eastAsia="仿宋_GB2312"/>
          <w:b w:val="0"/>
          <w:color w:val="000000"/>
          <w:sz w:val="32"/>
        </w:rPr>
        <w:t>据公开数据，万力仪表年产能为200多万户（来源：2023年）。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泰开互感器具备电缆附件、复合绝缘子、套管等零部件自主配套（来源：2023年天眼查）」与「万力仪表原料含电子元器件、壳体等，依托长三角配套（来源：2023年万力仪表）」等数据点清晰刻画了该维度的现实基础；泰开互感器具备电缆附件、复合绝缘子、套管等零部件自主配套（来源：2023年天眼查）；万力仪表原料含电子元器件、壳体等，依托长三角配套（来源：2023年万力仪表）；万力仪表专业研发生产智能水表、电表、燃气表、热量表（来源：2023年万力仪表）；产品主要服务国家电网、南方电网及五大发电集团（来源：2023年天眼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开互感器注册资本2亿元，参保435人，产能规模国内领先（来源：2023年天眼查）」与「万力仪表年生产能力200多万户智能计量仪表（来源：2023年万力仪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开互感器注册资本2亿元，参保435人，产能规模国内领先（来源：2023年天眼查）。万力仪表年生产能力200多万户智能计量仪表（来源：2023年万力仪表）。岱岳区集聚仪表检测企业数十家形成供给梯队（来源：2024年jobui排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网2024年电网投资超6000亿元带动互感器检测需求（来源：2025年国网能源研究院）。智能电表进入轮换周期，物联网计量表需求增长（来源：2025年行业研究）。新能源并网带动互感器与检测装备增量需求（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开互感器隶属泰开集团，是国内互感器主流供应商（来源：2023年天眼查）。万力仪表为泰安智能计量仪表头部企业（来源：2023年万力仪表）。一开电气、岳翔电子等科技型中小企业差异化竞争（来源：2024年jobui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开互感器注册资本2亿元，参保435人，产能规模国内领先（来源：2023年天眼查）」与「万力仪表年生产能力200多万户智能计量仪表（来源：2023年万力仪表）」等数据点清晰刻画了该维度的现实基础；泰开互感器注册资本2亿元，参保435人，产能规模国内领先（来源：2023年天眼查）；万力仪表年生产能力200多万户智能计量仪表（来源：2023年万力仪表）；岱岳区集聚仪表检测企业数十家形成供给梯队（来源：2024年jobui排名）；国网2024年电网投资超6000亿元带动互感器检测需求（来源：2025年国网能源研究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区（高新区）集聚电力装备及仪表检测企业数十家（来源：2024年jobui排名）」与「泰开集团旗下互感器、变压器、成套电器等多家子公司扎根岱岳（来源：2023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区（高新区）集聚电力装备及仪表检测企业数十家（来源：2024年jobui排名）。泰开集团旗下互感器、变压器、成套电器等多家子公司扎根岱岳（来源：2023年天眼查）。万力仪表、一开电气、岳翔电子等构成仪表企业梯队（来源：2024年jobui排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泰开互感器2003年成立，注册资本2亿元，参保435人（来源：2023年天眼查）。万力仪表2013年成立，注册资本5100万元（来源：2023年万力仪表）。泰开检测2018年成立，注册资本5000万元（来源：2018年泰开检测）。</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万力仪表为高新技术企业，获市级科技进步奖（来源：2023年万力仪表）。一开电气、岳翔电子为省科技型中小企业（来源：2024年jobui排名）。泰开系企业多次入选省级制造业单项冠军与专精特新（来源：2025年泰安市工信局）。</w:t>
      </w:r>
    </w:p>
    <w:p>
      <w:pPr>
        <w:spacing w:lineRule="exact" w:line="600" w:before="0" w:after="0"/>
        <w:ind w:firstLine="420"/>
        <w:jc w:val="both"/>
      </w:pPr>
      <w:r>
        <w:rPr>
          <w:rFonts w:ascii="仿宋_GB2312" w:hAnsi="仿宋_GB2312" w:eastAsia="仿宋_GB2312"/>
          <w:b w:val="0"/>
          <w:color w:val="000000"/>
          <w:sz w:val="32"/>
        </w:rPr>
        <w:t>据公开数据，岱岳区仪表企业为数十家（来源：2024年）。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区（高新区）集聚电力装备及仪表检测企业数十家（来源：2024年jobui排名）」与「泰开集团旗下互感器、变压器、成套电器等多家子公司扎根岱岳（来源：2023年天眼查）」等数据点清晰刻画了该维度的现实基础；岱岳区（高新区）集聚电力装备及仪表检测企业数十家（来源：2024年jobui排名）；泰开集团旗下互感器、变压器、成套电器等多家子公司扎根岱岳（来源：2023年天眼查）；万力仪表、一开电气、岳翔电子等构成仪表企业梯队（来源：2024年jobui排名）；泰开互感器2003年成立，注册资本2亿元，参保435人（来源：2023年天眼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万力仪表拥有物联网智能计量仪表及管理软件研发能力（来源：2023年万力仪表）」与「万力仪表新厂区车间3万多㎡支撑研发制造（来源：2023年万力仪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开互感器掌握互感器、传感器、避雷器核心设计与制造技术（来源：2023年天眼查）。万力仪表拥有物联网智能计量仪表及管理软件研发能力（来源：2023年万力仪表）。泰开检测具备电力试验车、计量车等移动检测装备技术（来源：2018年泰开检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开互感器为泰开集团核心子公司，持续投入研发（来源：2023年天眼查）。万力仪表新厂区车间3万多㎡支撑研发制造（来源：2023年万力仪表）。泰开检测拥有电力检测校准技术开发能力（来源：2018年泰开检测）。</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万力仪表为高新技术企业，建有标准化研发生产体系（来源：2023年万力仪表）。泰开互感器依托泰开集团企业技术中心平台（来源：2023年天眼查）。区内企业参与电力装备标准与检测体系建设（来源：2025年泰安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万力仪表拥有物联网智能计量仪表及管理软件研发能力（来源：2023年万力仪表）」与「万力仪表新厂区车间3万多㎡支撑研发制造（来源：2023年万力仪表）」等数据点清晰刻画了该维度的现实基础；万力仪表拥有物联网智能计量仪表及管理软件研发能力（来源：2023年万力仪表）；万力仪表新厂区车间3万多㎡支撑研发制造（来源：2023年万力仪表）；万力仪表为高新技术企业，建有标准化研发生产体系（来源：2023年万力仪表）；泰开互感器依托泰开集团企业技术中心平台（来源：2023年天眼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开互感器注册资本2亿元，固定资产投资规模大（来源：2023年天眼查）」与「万力仪表新厂区占地30余亩，建设3万多㎡车间（来源：2023年万力仪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开互感器注册资本2亿元，固定资产投资规模大（来源：2023年天眼查）。万力仪表新厂区占地30余亩，建设3万多㎡车间（来源：2023年万力仪表）。泰开检测注册资本5000万元支撑检测能力建设（来源：2018年泰开检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岱岳区地处泰安高新区，用地与用工成本低于一线城市（来源：2025年岱岳区）。泰开系企业本地配套率高，物流成本可控（来源：2025年泰安市工信局）。电力装备享受技改与研发补贴降低投入成本（来源：2025年岱岳区政策）。</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开互感器隶属泰开集团，产品毛利率处于输变电设备中上（来源：2023年天眼查）。万力仪表年产能200多万户，规模效应提升盈利（来源：2023年万力仪表）。检测服务为高附加值业务，盈利稳定（来源：2018年泰开检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开互感器注册资本2亿元，固定资产投资规模大（来源：2023年天眼查）」与「万力仪表新厂区占地30余亩，建设3万多㎡车间（来源：2023年万力仪表）」等数据点清晰刻画了该维度的现实基础；泰开互感器注册资本2亿元，固定资产投资规模大（来源：2023年天眼查）；万力仪表新厂区占地30余亩，建设3万多㎡车间（来源：2023年万力仪表）；泰开检测注册资本5000万元支撑检测能力建设（来源：2018年泰开检测）；泰开系企业本地配套率高，物流成本可控（来源：2025年泰安市工信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检测标准升级对企业技术迭代提出更高要求（来源：2025年泰安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高压互感器核心部件国产化加速，进口替代空间大（来源：2025年行业研究）。智能计量与物联网表需求进入轮换增长期（来源：2025年行业研究）。新能源并网带动检测装备增量（来源：2025年国网能源研究院）。</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高端光学互感器、智能传感器仍存技术短板（来源：2024年行业分析）。检测标准升级对企业技术迭代提出更高要求（来源：2025年泰安市工信局）。中小企业研发投入不足制约创新（来源：2024年jobui排名）。</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硅钢、铜等原材料价格受大宗波动影响（来源：2025年行业研究）。国网集中招标压价影响设备毛利率（来源：2025年行业研究）。检测服务价格受市场竞争影响（来源：2018年泰开检测）。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检测标准升级对企业技术迭代提出更高要求（来源：2025年泰安市工信局）」等数据点清晰刻画了该维度的现实基础；检测标准升级对企业技术迭代提出更高要求（来源：2025年泰安市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商招商补齐互感器材料与芯片短板（来源：2025年泰安市工信局）」与「实施专精特新与单项冠军培育行动（来源：2025年泰安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泰安市将输变电装备列为优势产业链，设专班推进（来源：2024年泰安市工信局）。岱岳区依托泰开集团链主带动上下游（来源：2025年岱岳区）。以商招商补齐互感器材料与芯片短板（来源：2025年泰安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实施专精特新与单项冠军培育行动（来源：2025年泰安市工信局）。推动企业数字化转型与智能工厂建设（来源：2025年岱岳区）。支持参与标准制定与首台套申报（来源：2025年泰安市工信局）。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依托泰开集团开展链式招商（来源：2025年岱岳区）。引入互感器材料、传感器芯片配套企业（来源：2025年泰安市工信局）。推动企业抱团拓展国网南网市场（来源：2025年岱岳区）。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商招商补齐互感器材料与芯片短板（来源：2025年泰安市工信局）」与「实施专精特新与单项冠军培育行动（来源：2025年泰安市工信局）」等数据点清晰刻画了该维度的现实基础；以商招商补齐互感器材料与芯片短板（来源：2025年泰安市工信局）；实施专精特新与单项冠军培育行动（来源：2025年泰安市工信局）；支持参与标准制定与首台套申报（来源：2025年泰安市工信局）；引入互感器材料、传感器芯片配套企业（来源：2025年泰安市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开互感器注册资本2亿元支撑扩产（来源：2023年天眼查）」与「万力仪表新厂区建设需持续资金投入（来源：2023年万力仪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泰开互感器注册资本2亿元支撑扩产（来源：2023年天眼查）。万力仪表新厂区建设需持续资金投入（来源：2023年万力仪表）。全区电力装备技改存在较大资金需求（来源：2025年岱岳区）。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智能互感器与传感器产线升级投入数千万元（来源：2025年行业测算）。检测装备与实验室建设需专项研发资金（来源：2025年行业研究）。专精特新企业股权融资需求上升（来源：2025年泰安市工信局）。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通过产业基金与银行授信组合支持（来源：2025年岱岳区）。鼓励政策性资金与技改补贴（来源：2025年岱岳区政策）。引导企业对接资本市场并购重组（来源：2025年泰安市工信局）。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开互感器注册资本2亿元支撑扩产（来源：2023年天眼查）」与「万力仪表新厂区建设需持续资金投入（来源：2023年万力仪表）」等数据点清晰刻画了该维度的现实基础；泰开互感器注册资本2亿元支撑扩产（来源：2023年天眼查）；万力仪表新厂区建设需持续资金投入（来源：2023年万力仪表）；智能互感器与传感器产线升级投入数千万元（来源：2025年行业测算）；检测装备与实验室建设需专项研发资金（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互感器与电力检测装备在泰安市岱岳区依托区域产业基础与政策赋能，已形成以量化事实为支撑的发展格局。泰开互感器有限公司成立于2003年，注册资本2亿元，深耕互感器领域二十余年（来源：2023年天眼查）；岱岳区集聚万力仪表、一开电气、岳翔电子等仪表检测企业（来源：2024年jobui排名）；泰开互感器参保435人，具备规模化研发制造能力（来源：2023年天眼查）；万力仪表新厂区占地30余亩，标准化车间3万多㎡（来源：2023年万力仪表）；岱岳区地处泰安高新区，交通与产业配套完善（来源：2025年泰安市规划）；泰开互感器具备电缆附件、复合绝缘子、套管等零部件自主配套（来源：2023年天眼查）；万力仪表原料含电子元器件、壳体等，依托长三角配套（来源：2023年万力仪表）；万力仪表专业研发生产智能水表、电表、燃气表、热量表（来源：2023年万力仪表）。</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泰开互感器有限公司成立于2003年3月，注册资本2亿元，参保435人，是泰开集团核心子公司，位于泰安高新区龙潭南路。公司主营各类互感器、传感器、避雷器、试验设备、高低压计量箱等电力设备及零部件加工，以及电缆附件、复合绝缘子、套管、仪器仪表的设计生产销售与安装调试，具备承装修试电力设施许可，并开展电力工程施工与电气设备计量检测服务，产品主要服务国家电网、南方电网及五大发电集团，凭借二十年技术积淀成为国内互感器领域主流供应商。</w:t>
      </w:r>
    </w:p>
    <w:p>
      <w:pPr>
        <w:spacing w:lineRule="exact" w:line="600" w:before="0" w:after="0"/>
        <w:ind w:firstLine="420"/>
        <w:jc w:val="both"/>
      </w:pPr>
      <w:r>
        <w:rPr>
          <w:rFonts w:ascii="仿宋_GB2312" w:hAnsi="仿宋_GB2312" w:eastAsia="仿宋_GB2312"/>
          <w:b w:val="0"/>
          <w:color w:val="000000"/>
          <w:sz w:val="32"/>
        </w:rPr>
        <w:t>泰安市万力仪表仪器有限公司成立于2013年，注册资本5100万元，是专业从事物联网智能计量仪表及管理软件研发、生产、销售、服务的高新技术企业。公司新厂区占地30余亩，拥有标准化车间3万多平米，产品涵盖智能水表、电表、燃气表、热量表等多个领域，年生产能力200多万户，曾获市级科技进步奖，是泰安智能计量仪表头部企业，凭借物联网与软件能力在智能计量轮换周期中持续扩大市场份额。</w:t>
      </w:r>
    </w:p>
    <w:p>
      <w:pPr>
        <w:spacing w:lineRule="exact" w:line="600" w:before="0" w:after="0"/>
        <w:ind w:firstLine="420"/>
        <w:jc w:val="both"/>
      </w:pPr>
      <w:r>
        <w:rPr>
          <w:rFonts w:ascii="仿宋_GB2312" w:hAnsi="仿宋_GB2312" w:eastAsia="仿宋_GB2312"/>
          <w:b w:val="0"/>
          <w:color w:val="000000"/>
          <w:sz w:val="32"/>
        </w:rPr>
        <w:t>山东泰开检测有限公司成立于2018年9月，注册资本5000万元，位于岱岳区泰安高新区，人员规模50至99人，主营电力设备、安全工器具的检验检测、校准及调试技术服务，以及计量、检验检测、校准方面的技术开发与咨询。公司具备电力设施承装修试许可，设计生产电力测试设备、试验设备、电力试验车、计量车、电力设备模型、仪器仪表及零配件，并开展电力工程施工与实验室工程咨询，是岱岳区电力检测服务的重要支撑力量。</w:t>
      </w:r>
    </w:p>
    <w:p>
      <w:pPr>
        <w:spacing w:lineRule="exact" w:line="600" w:before="0" w:after="0"/>
        <w:jc w:val="left"/>
      </w:pPr>
      <w:r>
        <w:rPr>
          <w:rFonts w:ascii="仿宋_GB2312" w:hAnsi="仿宋_GB2312" w:eastAsia="仿宋_GB2312"/>
          <w:b w:val="0"/>
          <w:color w:val="000000"/>
          <w:sz w:val="28"/>
        </w:rPr>
        <w:t>主要数据来源：2023年天眼查泰开互感器；2018年泰开检测资料；2023年万力仪表资料；2024年jobui泰安仪表排名；2025年泰安市工信局；2025年国网能源研究院</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